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Test Strategy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BVL-9FA087</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System / release:</w:t>
      </w:r>
      <w:r>
        <w:t xml:space="preserve"> _______________  </w:t>
      </w:r>
      <w:r>
        <w:rPr>
          <w:b/>
        </w:rPr>
        <w:t>Date:</w:t>
      </w:r>
      <w:r>
        <w:t xml:space="preserve"> _______  </w:t>
      </w:r>
      <w:r>
        <w:rPr>
          <w:b/>
        </w:rPr>
        <w:t>Owner:</w:t>
      </w:r>
      <w:r>
        <w:t xml:space="preserve"> _______</w:t>
      </w:r>
    </w:p>
    <w:p>
      <w:pPr>
        <w:pStyle w:val="Heading1"/>
      </w:pPr>
      <w:r>
        <w:t>1. What is this system's risk?</w:t>
      </w:r>
    </w:p>
    <w:p>
      <w:pPr>
        <w:pStyle w:val="ListBullet"/>
      </w:pPr>
      <w:r>
        <w:t xml:space="preserve">[ ] </w:t>
      </w:r>
      <w:r>
        <w:rPr>
          <w:b/>
        </w:rPr>
        <w:t>What is the worst thing this software can do?</w:t>
      </w:r>
      <w:r>
        <w:t xml:space="preserve"> Written down</w:t>
      </w:r>
    </w:p>
    <w:p>
      <w:pPr>
        <w:pStyle w:val="ListBullet"/>
      </w:pPr>
      <w:r>
        <w:t>[ ] Which parts, if wrong, cost money or safety</w:t>
      </w:r>
    </w:p>
    <w:p>
      <w:pPr>
        <w:pStyle w:val="ListBullet"/>
      </w:pPr>
      <w:r>
        <w:t>[ ] Which parts, if wrong, are noticed immediately and cheaply</w:t>
      </w:r>
    </w:p>
    <w:p>
      <w:pPr>
        <w:pStyle w:val="ListBullet"/>
      </w:pPr>
      <w:r>
        <w:t>[ ] Testing effort matched to that, not spread evenly</w:t>
      </w:r>
    </w:p>
    <w:p>
      <w:pPr>
        <w:ind w:left="454"/>
        <w:shd w:val="clear" w:color="auto" w:fill="FAFAFB"/>
      </w:pPr>
      <w:r>
        <w:rPr>
          <w:i/>
        </w:rPr>
        <w:t>Even coverage across unequal risk is the most common way test effort is wasted.</w:t>
      </w:r>
    </w:p>
    <w:p>
      <w:pPr>
        <w:pStyle w:val="Heading1"/>
      </w:pPr>
      <w:r>
        <w:t>2. Levels: what belongs where</w:t>
      </w:r>
    </w:p>
    <w:p>
      <w:pPr>
        <w:pStyle w:val="ListBullet"/>
      </w:pPr>
      <w:r>
        <w:t xml:space="preserve">[ ] Business logic tested at the </w:t>
      </w:r>
      <w:r>
        <w:rPr>
          <w:b/>
        </w:rPr>
        <w:t>lowest level that can test it</w:t>
      </w:r>
    </w:p>
    <w:p>
      <w:pPr>
        <w:pStyle w:val="ListBullet"/>
      </w:pPr>
      <w:r>
        <w:t>[ ] Integration tests cover the boundaries between components</w:t>
      </w:r>
    </w:p>
    <w:p>
      <w:pPr>
        <w:pStyle w:val="ListBullet"/>
      </w:pPr>
      <w:r>
        <w:t xml:space="preserve">[ ] End-to-end reserved for genuine user journeys, </w:t>
      </w:r>
      <w:r>
        <w:rPr>
          <w:b/>
        </w:rPr>
        <w:t>counted, and small</w:t>
      </w:r>
    </w:p>
    <w:p>
      <w:pPr>
        <w:pStyle w:val="ListBullet"/>
      </w:pPr>
      <w:r>
        <w:t>[ ] Nothing asserted at three levels at once</w:t>
      </w:r>
    </w:p>
    <w:p>
      <w:pPr>
        <w:pStyle w:val="ListBullet"/>
      </w:pPr>
      <w:r>
        <w:t>[ ] Each level's runtime known and acceptable</w:t>
      </w:r>
    </w:p>
    <w:p>
      <w:pPr>
        <w:ind w:left="454"/>
        <w:shd w:val="clear" w:color="auto" w:fill="FAFAFB"/>
      </w:pPr>
      <w:r>
        <w:rPr>
          <w:i/>
        </w:rPr>
        <w:t xml:space="preserve">A test added at the level where a defect was </w:t>
      </w:r>
      <w:r>
        <w:rPr>
          <w:i/>
        </w:rPr>
        <w:t>seen</w:t>
      </w:r>
      <w:r>
        <w:t xml:space="preserve">, rather than where the logic </w:t>
      </w:r>
      <w:r>
        <w:rPr>
          <w:i/>
        </w:rPr>
        <w:t>lives</w:t>
      </w:r>
      <w:r>
        <w:t>, is</w:t>
      </w:r>
    </w:p>
    <w:p>
      <w:pPr>
        <w:ind w:left="454"/>
        <w:shd w:val="clear" w:color="auto" w:fill="FAFAFB"/>
      </w:pPr>
      <w:r>
        <w:rPr>
          <w:i/>
        </w:rPr>
        <w:t>how end-to-end suites grow until nobody waits for them.</w:t>
      </w:r>
    </w:p>
    <w:p>
      <w:pPr>
        <w:pStyle w:val="Heading1"/>
      </w:pPr>
      <w:r>
        <w:t>3. Coverage of behaviour, not lines</w:t>
      </w:r>
    </w:p>
    <w:p>
      <w:pPr>
        <w:pStyle w:val="ListBullet"/>
      </w:pPr>
      <w:r>
        <w:t>[ ] Boundaries: empty, one, many, maximum</w:t>
      </w:r>
    </w:p>
    <w:p>
      <w:pPr>
        <w:pStyle w:val="ListBullet"/>
      </w:pPr>
      <w:r>
        <w:t>[ ] Invalid input at every entry point</w:t>
      </w:r>
    </w:p>
    <w:p>
      <w:pPr>
        <w:pStyle w:val="ListBullet"/>
      </w:pPr>
      <w:r>
        <w:t>[ ] Failure of each external dependency</w:t>
      </w:r>
    </w:p>
    <w:p>
      <w:pPr>
        <w:pStyle w:val="ListBullet"/>
      </w:pPr>
      <w:r>
        <w:t>[ ] Concurrent execution where it is possible</w:t>
      </w:r>
    </w:p>
    <w:p>
      <w:pPr>
        <w:pStyle w:val="ListBullet"/>
      </w:pPr>
      <w:r>
        <w:t xml:space="preserve">[ ] </w:t>
      </w:r>
      <w:r>
        <w:rPr>
          <w:b/>
        </w:rPr>
        <w:t>Negative cases, what must never happen</w:t>
      </w:r>
    </w:p>
    <w:p>
      <w:pPr>
        <w:pStyle w:val="ListBullet"/>
      </w:pPr>
      <w:r>
        <w:t>[ ] Permissions: every role against every protected action</w:t>
      </w:r>
    </w:p>
    <w:p>
      <w:pPr>
        <w:pStyle w:val="Heading1"/>
      </w:pPr>
      <w:r>
        <w:t>4. Can these tests fail?</w:t>
      </w:r>
    </w:p>
    <w:p>
      <w:pPr>
        <w:pStyle w:val="ListBullet"/>
      </w:pPr>
      <w:r>
        <w:t xml:space="preserve">[ ] Each critical assertion </w:t>
      </w:r>
      <w:r>
        <w:rPr>
          <w:b/>
        </w:rPr>
        <w:t>demonstrated failing</w:t>
      </w:r>
      <w:r>
        <w:t xml:space="preserve"> against deliberately broken code</w:t>
      </w:r>
    </w:p>
    <w:p>
      <w:pPr>
        <w:pStyle w:val="ListBullet"/>
      </w:pPr>
      <w:r>
        <w:t>[ ] No assertion so loose it passes on any output</w:t>
      </w:r>
    </w:p>
    <w:p>
      <w:pPr>
        <w:pStyle w:val="ListBullet"/>
      </w:pPr>
      <w:r>
        <w:t>[ ] Tests fail with a message that identifies the problem</w:t>
      </w:r>
    </w:p>
    <w:p>
      <w:pPr>
        <w:pStyle w:val="ListBullet"/>
      </w:pPr>
      <w:r>
        <w:t>[ ] Tests assert behaviour, not internal structure</w:t>
      </w:r>
    </w:p>
    <w:p>
      <w:pPr>
        <w:pStyle w:val="Heading1"/>
      </w:pPr>
      <w:r>
        <w:t>5. Data</w:t>
      </w:r>
    </w:p>
    <w:p>
      <w:pPr>
        <w:pStyle w:val="ListBullet"/>
      </w:pPr>
      <w:r>
        <w:t xml:space="preserve">[ ] Test data resembles production in </w:t>
      </w:r>
      <w:r>
        <w:rPr>
          <w:b/>
        </w:rPr>
        <w:t>shape and volume</w:t>
      </w:r>
      <w:r>
        <w:t>, not just values</w:t>
      </w:r>
    </w:p>
    <w:p>
      <w:pPr>
        <w:pStyle w:val="ListBullet"/>
      </w:pPr>
      <w:r>
        <w:t>[ ] No real personal data in test environments</w:t>
      </w:r>
    </w:p>
    <w:p>
      <w:pPr>
        <w:pStyle w:val="ListBullet"/>
      </w:pPr>
      <w:r>
        <w:t>[ ] Tests do not depend on the previous run's state</w:t>
      </w:r>
    </w:p>
    <w:p>
      <w:pPr>
        <w:pStyle w:val="ListBullet"/>
      </w:pPr>
      <w:r>
        <w:t>[ ] Tests can run in any order, and are run in a random order at least sometimes</w:t>
      </w:r>
    </w:p>
    <w:p>
      <w:pPr>
        <w:pStyle w:val="Heading1"/>
      </w:pPr>
      <w:r>
        <w:t>6. Environments</w:t>
      </w:r>
    </w:p>
    <w:p>
      <w:pPr>
        <w:pStyle w:val="ListBullet"/>
      </w:pPr>
      <w:r>
        <w:t>[ ] Environment matches production in the ways that matter, and the differences are listed</w:t>
      </w:r>
    </w:p>
    <w:p>
      <w:pPr>
        <w:pStyle w:val="ListBullet"/>
      </w:pPr>
      <w:r>
        <w:t>[ ] Created from code, not maintained by hand</w:t>
      </w:r>
    </w:p>
    <w:p>
      <w:pPr>
        <w:pStyle w:val="ListBullet"/>
      </w:pPr>
      <w:r>
        <w:t>[ ] Not shared in a way that makes tests queue</w:t>
      </w:r>
    </w:p>
    <w:p>
      <w:pPr>
        <w:pStyle w:val="ListBullet"/>
      </w:pPr>
      <w:r>
        <w:t xml:space="preserve">[ ] External dependencies stubbed at a boundary you control, with </w:t>
      </w:r>
      <w:r>
        <w:rPr>
          <w:b/>
        </w:rPr>
        <w:t>recorded real responses</w:t>
      </w:r>
    </w:p>
    <w:p>
      <w:pPr>
        <w:pStyle w:val="Heading1"/>
      </w:pPr>
      <w:r>
        <w:t>7. Speed and trust</w:t>
      </w:r>
    </w:p>
    <w:p>
      <w:pPr>
        <w:pStyle w:val="ListBullet"/>
      </w:pPr>
      <w:r>
        <w:t>[ ] Pipeline runtime measured, and short enough that people wait for it</w:t>
      </w:r>
    </w:p>
    <w:p>
      <w:pPr>
        <w:pStyle w:val="ListBullet"/>
      </w:pPr>
      <w:r>
        <w:t xml:space="preserve">[ ] </w:t>
      </w:r>
      <w:r>
        <w:rPr>
          <w:b/>
        </w:rPr>
        <w:t>Flaky tests: zero.</w:t>
      </w:r>
      <w:r>
        <w:t xml:space="preserve"> A known-flaky test is deleted or fixed, not re-run</w:t>
      </w:r>
    </w:p>
    <w:p>
      <w:pPr>
        <w:pStyle w:val="ListBullet"/>
      </w:pPr>
      <w:r>
        <w:t>[ ] A red build is believed: if the reflex is to re-run, the suite has a defect</w:t>
      </w:r>
    </w:p>
    <w:p>
      <w:pPr>
        <w:pStyle w:val="ListBullet"/>
      </w:pPr>
      <w:r>
        <w:t>[ ] Fast subset available for pull requests</w:t>
      </w:r>
    </w:p>
    <w:p>
      <w:pPr>
        <w:pStyle w:val="Heading1"/>
      </w:pPr>
      <w:r>
        <w:t>8. What is not automated</w:t>
      </w:r>
    </w:p>
    <w:p>
      <w:pPr>
        <w:pStyle w:val="ListBullet"/>
      </w:pPr>
      <w:r>
        <w:t xml:space="preserve">[ ] </w:t>
      </w:r>
      <w:r>
        <w:rPr>
          <w:b/>
        </w:rPr>
        <w:t>Exploratory testing scheduled</w:t>
      </w:r>
      <w:r>
        <w:t>, with time protected</w:t>
      </w:r>
    </w:p>
    <w:p>
      <w:pPr>
        <w:pStyle w:val="ListBullet"/>
      </w:pPr>
      <w:r>
        <w:t>[ ] Usability checked by someone who did not build it</w:t>
      </w:r>
    </w:p>
    <w:p>
      <w:pPr>
        <w:pStyle w:val="ListBullet"/>
      </w:pPr>
      <w:r>
        <w:t>[ ] Accessibility tested with an actual assistive technology</w:t>
      </w:r>
    </w:p>
    <w:p>
      <w:pPr>
        <w:pStyle w:val="ListBullet"/>
      </w:pPr>
      <w:r>
        <w:t>[ ] Anything requiring judgement is named as a manual activity, not left implied</w:t>
      </w:r>
    </w:p>
    <w:p>
      <w:pPr>
        <w:ind w:left="454"/>
        <w:shd w:val="clear" w:color="auto" w:fill="FAFAFB"/>
      </w:pPr>
      <w:r>
        <w:rPr>
          <w:i/>
        </w:rPr>
        <w:t>A fully automated strategy tests what somebody thought of. Exploratory testing is how you</w:t>
      </w:r>
    </w:p>
    <w:p>
      <w:pPr>
        <w:ind w:left="454"/>
        <w:shd w:val="clear" w:color="auto" w:fill="FAFAFB"/>
      </w:pPr>
      <w:r>
        <w:rPr>
          <w:i/>
        </w:rPr>
        <w:t>find what nobody thought of.</w:t>
      </w:r>
    </w:p>
    <w:p>
      <w:pPr>
        <w:pStyle w:val="Heading1"/>
      </w:pPr>
      <w:r>
        <w:t>9. Non-functional</w:t>
      </w:r>
    </w:p>
    <w:p>
      <w:pPr>
        <w:pStyle w:val="ListBullet"/>
      </w:pPr>
      <w:r>
        <w:t>[ ] Performance target stated as a percentile, not an average</w:t>
      </w:r>
    </w:p>
    <w:p>
      <w:pPr>
        <w:pStyle w:val="ListBullet"/>
      </w:pPr>
      <w:r>
        <w:t>[ ] Load tested at realistic peak, and past it on purpose</w:t>
      </w:r>
    </w:p>
    <w:p>
      <w:pPr>
        <w:pStyle w:val="ListBullet"/>
      </w:pPr>
      <w:r>
        <w:t>[ ] Security testing proportionate to what the system holds</w:t>
      </w:r>
    </w:p>
    <w:p>
      <w:pPr>
        <w:pStyle w:val="ListBullet"/>
      </w:pPr>
      <w:r>
        <w:t>[ ] Behaviour when a dependency is slow, not only when it is down</w:t>
      </w:r>
    </w:p>
    <w:p>
      <w:pPr>
        <w:pStyle w:val="Heading1"/>
      </w:pPr>
      <w:r>
        <w:t>10. Explicitly out of scope</w:t>
      </w:r>
    </w:p>
    <w:p>
      <w:pPr>
        <w:pStyle w:val="ListBullet"/>
      </w:pPr>
      <w:r>
        <w:t xml:space="preserve">[ ] What is deliberately </w:t>
      </w:r>
      <w:r>
        <w:rPr>
          <w:b/>
        </w:rPr>
        <w:t>not</w:t>
      </w:r>
      <w:r>
        <w:t xml:space="preserve"> tested, and why</w:t>
      </w:r>
    </w:p>
    <w:p>
      <w:pPr>
        <w:pStyle w:val="ListBullet"/>
      </w:pPr>
      <w:r>
        <w:t>[ ] Accepted risks named and signed</w:t>
      </w:r>
    </w:p>
    <w:p>
      <w:pPr>
        <w:pStyle w:val="ListBullet"/>
      </w:pPr>
      <w:r>
        <w:t>[ ] Anything relying on a supplier's testing recorded as such</w:t>
      </w:r>
    </w:p>
    <w:p>
      <w:pPr>
        <w:ind w:left="454"/>
        <w:shd w:val="clear" w:color="auto" w:fill="FAFAFB"/>
      </w:pPr>
      <w:r>
        <w:rPr>
          <w:i/>
        </w:rPr>
        <w:t>An untested area that somebody chose is a risk. An untested area nobody noticed is a</w:t>
      </w:r>
    </w:p>
    <w:p>
      <w:pPr>
        <w:ind w:left="454"/>
        <w:shd w:val="clear" w:color="auto" w:fill="FAFAFB"/>
      </w:pPr>
      <w:r>
        <w:rPr>
          <w:i/>
        </w:rPr>
        <w:t>surprise.</w:t>
      </w:r>
    </w:p>
    <w:p>
      <w:pPr>
        <w:pStyle w:val="Heading1"/>
      </w:pPr>
      <w:r>
        <w:t>11. Maintenance</w:t>
      </w:r>
    </w:p>
    <w:p>
      <w:pPr>
        <w:pStyle w:val="ListBullet"/>
      </w:pPr>
      <w:r>
        <w:t>[ ] Someone owns the suite</w:t>
      </w:r>
    </w:p>
    <w:p>
      <w:pPr>
        <w:pStyle w:val="ListBullet"/>
      </w:pPr>
      <w:r>
        <w:t>[ ] Tests are deleted when they stop earning their runtime</w:t>
      </w:r>
    </w:p>
    <w:p>
      <w:pPr>
        <w:pStyle w:val="ListBullet"/>
      </w:pPr>
      <w:r>
        <w:t>[ ] Escaped defects are reviewed: could a test have caught it, and at which level?</w:t>
      </w:r>
    </w:p>
    <w:p>
      <w:pPr>
        <w:pStyle w:val="ListBullet"/>
      </w:pPr>
      <w:r>
        <w:t>[ ] The suite is reviewed on a schedule, like any other code</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Prepared by</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Accepted by</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Test Strategy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Strategy Checklist</dc:title>
  <dc:subject/>
  <dc:creator>BvLogic</dc:creator>
  <cp:keywords>BvLogic, Checklist, enterprise AI, Test Strategy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