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Scrum Health Check</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BVL-1BD355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Not a compliance audit. Running every event correctly while getting none of the benefit is the</w:t>
      </w:r>
    </w:p>
    <w:p>
      <w:pPr>
        <w:ind w:left="454"/>
        <w:shd w:val="clear" w:color="auto" w:fill="FAFAFB"/>
      </w:pPr>
      <w:r>
        <w:rPr>
          <w:i/>
        </w:rPr>
        <w:t>normal failure, so this checks behaviour rather than attendance.</w:t>
      </w:r>
    </w:p>
    <w:p>
      <w:pPr>
        <w:ind w:left="454"/>
        <w:shd w:val="clear" w:color="auto" w:fill="FAFAFB"/>
      </w:pPr>
    </w:p>
    <w:p>
      <w:pPr>
        <w:ind w:left="454"/>
        <w:shd w:val="clear" w:color="auto" w:fill="FAFAFB"/>
      </w:pPr>
      <w:r>
        <w:rPr>
          <w:i/>
        </w:rPr>
        <w:t>Run it with the team, not about the team.</w:t>
      </w:r>
    </w:p>
    <w:p>
      <w:r>
        <w:rPr>
          <w:b/>
        </w:rPr>
        <w:t>Team:</w:t>
      </w:r>
      <w:r>
        <w:t xml:space="preserve"> _______________  </w:t>
      </w:r>
      <w:r>
        <w:rPr>
          <w:b/>
        </w:rPr>
        <w:t>Date:</w:t>
      </w:r>
      <w:r>
        <w:t xml:space="preserve"> _______  </w:t>
      </w:r>
      <w:r>
        <w:rPr>
          <w:b/>
        </w:rPr>
        <w:t>Sprint length:</w:t>
      </w:r>
      <w:r>
        <w:t xml:space="preserve"> ____</w:t>
      </w:r>
    </w:p>
    <w:p>
      <w:pPr>
        <w:pStyle w:val="Heading1"/>
      </w:pPr>
      <w:r>
        <w:t>1. Definition of done: the highest-value question</w:t>
      </w:r>
    </w:p>
    <w:p>
      <w:pPr>
        <w:pStyle w:val="ListBullet"/>
      </w:pPr>
      <w:r>
        <w:t>[ ] Written down, and the team can state it without looking</w:t>
      </w:r>
    </w:p>
    <w:p>
      <w:pPr>
        <w:pStyle w:val="ListBullet"/>
      </w:pPr>
      <w:r>
        <w:t xml:space="preserve">[ ] Includes </w:t>
      </w:r>
      <w:r>
        <w:rPr>
          <w:b/>
        </w:rPr>
        <w:t>tested</w:t>
      </w:r>
    </w:p>
    <w:p>
      <w:pPr>
        <w:pStyle w:val="ListBullet"/>
      </w:pPr>
      <w:r>
        <w:t xml:space="preserve">[ ] Includes </w:t>
      </w:r>
      <w:r>
        <w:rPr>
          <w:b/>
        </w:rPr>
        <w:t>deployable</w:t>
      </w:r>
    </w:p>
    <w:p>
      <w:pPr>
        <w:pStyle w:val="ListBullet"/>
      </w:pPr>
      <w:r>
        <w:t>[ ] Includes documentation where relevant</w:t>
      </w:r>
    </w:p>
    <w:p>
      <w:pPr>
        <w:pStyle w:val="ListBullet"/>
      </w:pPr>
      <w:r>
        <w:t>[ ] Nothing is "done except…"</w:t>
      </w:r>
    </w:p>
    <w:p>
      <w:r>
        <w:t>If testing, review or deployment sit outside "done", the sprint produces a claim rather than an increment, and the untested remainder accumulates into a hardening phase, the exact thing sprints were meant to eliminate.</w:t>
      </w:r>
    </w:p>
    <w:p>
      <w:r>
        <w:rPr>
          <w:b/>
        </w:rPr>
        <w:t>Is the increment genuinely releasable at the end of each sprint?</w:t>
      </w:r>
      <w:r>
        <w:t xml:space="preserve"> yes / no</w:t>
      </w:r>
    </w:p>
    <w:p>
      <w:pPr>
        <w:pStyle w:val="Heading1"/>
      </w:pPr>
      <w:r>
        <w:t>2. The commitment</w:t>
      </w:r>
    </w:p>
    <w:p>
      <w:pPr>
        <w:pStyle w:val="ListBullet"/>
      </w:pPr>
      <w:r>
        <w:t xml:space="preserve">[ ] The </w:t>
      </w:r>
      <w:r>
        <w:rPr>
          <w:b/>
        </w:rPr>
        <w:t>team</w:t>
      </w:r>
      <w:r>
        <w:t xml:space="preserve"> decides how much it takes on</w:t>
      </w:r>
    </w:p>
    <w:p>
      <w:pPr>
        <w:pStyle w:val="ListBullet"/>
      </w:pPr>
      <w:r>
        <w:t>[ ] Nobody outside the team sets the sprint contents</w:t>
      </w:r>
    </w:p>
    <w:p>
      <w:pPr>
        <w:pStyle w:val="ListBullet"/>
      </w:pPr>
      <w:r>
        <w:t xml:space="preserve">[ ] The sprint has a </w:t>
      </w:r>
      <w:r>
        <w:rPr>
          <w:b/>
        </w:rPr>
        <w:t>goal</w:t>
      </w:r>
      <w:r>
        <w:t>, expressed as an outcome, not a list of tickets</w:t>
      </w:r>
    </w:p>
    <w:p>
      <w:pPr>
        <w:pStyle w:val="ListBullet"/>
      </w:pPr>
      <w:r>
        <w:t>[ ] Work is not routinely added mid-sprint</w:t>
      </w:r>
    </w:p>
    <w:p>
      <w:pPr>
        <w:pStyle w:val="ListBullet"/>
      </w:pPr>
      <w:r>
        <w:t>[ ] Capacity is reserved for support and interruptions, and the reservation is realistic</w:t>
      </w:r>
    </w:p>
    <w:p>
      <w:r>
        <w:rPr>
          <w:b/>
        </w:rPr>
        <w:t>Unplanned work as a share of the last three sprints:</w:t>
      </w:r>
      <w:r>
        <w:t xml:space="preserve"> ____%</w:t>
      </w:r>
    </w:p>
    <w:p>
      <w:r>
        <w:t xml:space="preserve">If that number is consistently high, the work is flow-shaped and a sprint commitment is the wrong instrument. Consider </w:t>
      </w:r>
      <w:r>
        <w:rPr>
          <w:color w:val="7C3AED"/>
          <w:u w:val="single"/>
        </w:rPr>
        <w:t>Kanban</w:t>
      </w:r>
      <w:r>
        <w:rPr>
          <w:sz w:val="17"/>
        </w:rPr>
        <w:t xml:space="preserve"> (bvlogic.com/pmo/kanban/)</w:t>
      </w:r>
      <w:r>
        <w:t>, that is a sensible decision, not a failure.</w:t>
      </w:r>
    </w:p>
    <w:p>
      <w:pPr>
        <w:pStyle w:val="Heading1"/>
      </w:pPr>
      <w:r>
        <w:t>3. Velocity</w:t>
      </w:r>
    </w:p>
    <w:p>
      <w:pPr>
        <w:pStyle w:val="ListBullet"/>
      </w:pPr>
      <w:r>
        <w:t>[ ] Used only for the team's own planning</w:t>
      </w:r>
    </w:p>
    <w:p>
      <w:pPr>
        <w:pStyle w:val="ListBullet"/>
      </w:pPr>
      <w:r>
        <w:t xml:space="preserve">[ ] </w:t>
      </w:r>
      <w:r>
        <w:rPr>
          <w:b/>
        </w:rPr>
        <w:t>Not reported outside the team</w:t>
      </w:r>
    </w:p>
    <w:p>
      <w:pPr>
        <w:pStyle w:val="ListBullet"/>
      </w:pPr>
      <w:r>
        <w:t>[ ] Not compared against another team</w:t>
      </w:r>
    </w:p>
    <w:p>
      <w:pPr>
        <w:pStyle w:val="ListBullet"/>
      </w:pPr>
      <w:r>
        <w:t>[ ] Not a target, and not in anyone's objectives</w:t>
      </w:r>
    </w:p>
    <w:p>
      <w:r>
        <w:t>Velocity leaving the team is where the numbers start becoming fiction. It inflates reliably, without anyone deciding to cheat.</w:t>
      </w:r>
    </w:p>
    <w:p>
      <w:pPr>
        <w:pStyle w:val="Heading1"/>
      </w:pPr>
      <w:r>
        <w:t>4. The events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Event</w:t>
            </w:r>
          </w:p>
        </w:tc>
        <w:tc>
          <w:tcPr>
            <w:tcW w:type="dxa" w:w="3137"/>
            <w:shd w:val="clear" w:color="auto" w:fill="F1EAFE"/>
          </w:tcPr>
          <w:p>
            <w:pPr>
              <w:spacing w:after="40"/>
            </w:pPr>
            <w:r>
              <w:rPr>
                <w:b/>
                <w:sz w:val="18"/>
              </w:rPr>
            </w:r>
            <w:r>
              <w:rPr>
                <w:b/>
                <w:sz w:val="18"/>
              </w:rPr>
              <w:t>Happening?</w:t>
            </w:r>
          </w:p>
        </w:tc>
        <w:tc>
          <w:tcPr>
            <w:tcW w:type="dxa" w:w="3137"/>
            <w:shd w:val="clear" w:color="auto" w:fill="F1EAFE"/>
          </w:tcPr>
          <w:p>
            <w:pPr>
              <w:spacing w:after="40"/>
            </w:pPr>
            <w:r>
              <w:rPr>
                <w:b/>
                <w:sz w:val="18"/>
              </w:rPr>
            </w:r>
            <w:r>
              <w:rPr>
                <w:b/>
                <w:sz w:val="18"/>
              </w:rPr>
              <w:t>Actually working?</w:t>
            </w:r>
          </w:p>
        </w:tc>
      </w:tr>
      <w:tr>
        <w:tc>
          <w:tcPr>
            <w:tcW w:type="dxa" w:w="3137"/>
          </w:tcPr>
          <w:p>
            <w:pPr>
              <w:spacing w:after="40"/>
            </w:pPr>
            <w:r>
              <w:rPr>
                <w:sz w:val="18"/>
              </w:rPr>
            </w:r>
            <w:r>
              <w:rPr>
                <w:sz w:val="18"/>
              </w:rPr>
              <w:t>Sprint planning</w:t>
            </w:r>
          </w:p>
        </w:tc>
        <w:tc>
          <w:tcPr>
            <w:tcW w:type="dxa" w:w="3137"/>
          </w:tcPr>
          <w:p>
            <w:pPr>
              <w:spacing w:after="40"/>
            </w:pPr>
            <w:r>
              <w:rPr>
                <w:sz w:val="18"/>
              </w:rPr>
            </w:r>
          </w:p>
        </w:tc>
        <w:tc>
          <w:tcPr>
            <w:tcW w:type="dxa" w:w="3137"/>
          </w:tcPr>
          <w:p>
            <w:pPr>
              <w:spacing w:after="40"/>
            </w:pPr>
            <w:r>
              <w:rPr>
                <w:sz w:val="18"/>
              </w:rPr>
            </w:r>
            <w:r>
              <w:rPr>
                <w:sz w:val="18"/>
              </w:rPr>
              <w:t>produces a goal, not just a filled sprint</w:t>
            </w:r>
          </w:p>
        </w:tc>
      </w:tr>
      <w:tr>
        <w:tc>
          <w:tcPr>
            <w:tcW w:type="dxa" w:w="3137"/>
          </w:tcPr>
          <w:p>
            <w:pPr>
              <w:spacing w:after="40"/>
            </w:pPr>
            <w:r>
              <w:rPr>
                <w:sz w:val="18"/>
              </w:rPr>
            </w:r>
            <w:r>
              <w:rPr>
                <w:sz w:val="18"/>
              </w:rPr>
              <w:t>Daily scrum</w:t>
            </w:r>
          </w:p>
        </w:tc>
        <w:tc>
          <w:tcPr>
            <w:tcW w:type="dxa" w:w="3137"/>
          </w:tcPr>
          <w:p>
            <w:pPr>
              <w:spacing w:after="40"/>
            </w:pPr>
            <w:r>
              <w:rPr>
                <w:sz w:val="18"/>
              </w:rPr>
            </w:r>
          </w:p>
        </w:tc>
        <w:tc>
          <w:tcPr>
            <w:tcW w:type="dxa" w:w="3137"/>
          </w:tcPr>
          <w:p>
            <w:pPr>
              <w:spacing w:after="40"/>
            </w:pPr>
            <w:r>
              <w:rPr>
                <w:sz w:val="18"/>
              </w:rPr>
            </w:r>
            <w:r>
              <w:rPr>
                <w:b/>
                <w:sz w:val="18"/>
              </w:rPr>
              <w:t>team coordinating</w:t>
            </w:r>
            <w:r>
              <w:rPr>
                <w:sz w:val="18"/>
              </w:rPr>
              <w:t>, not reporting to a manager</w:t>
            </w:r>
          </w:p>
        </w:tc>
      </w:tr>
      <w:tr>
        <w:tc>
          <w:tcPr>
            <w:tcW w:type="dxa" w:w="3137"/>
          </w:tcPr>
          <w:p>
            <w:pPr>
              <w:spacing w:after="40"/>
            </w:pPr>
            <w:r>
              <w:rPr>
                <w:sz w:val="18"/>
              </w:rPr>
            </w:r>
            <w:r>
              <w:rPr>
                <w:sz w:val="18"/>
              </w:rPr>
              <w:t>Sprint review</w:t>
            </w:r>
          </w:p>
        </w:tc>
        <w:tc>
          <w:tcPr>
            <w:tcW w:type="dxa" w:w="3137"/>
          </w:tcPr>
          <w:p>
            <w:pPr>
              <w:spacing w:after="40"/>
            </w:pPr>
            <w:r>
              <w:rPr>
                <w:sz w:val="18"/>
              </w:rPr>
            </w:r>
          </w:p>
        </w:tc>
        <w:tc>
          <w:tcPr>
            <w:tcW w:type="dxa" w:w="3137"/>
          </w:tcPr>
          <w:p>
            <w:pPr>
              <w:spacing w:after="40"/>
            </w:pPr>
            <w:r>
              <w:rPr>
                <w:sz w:val="18"/>
              </w:rPr>
            </w:r>
            <w:r>
              <w:rPr>
                <w:sz w:val="18"/>
              </w:rPr>
              <w:t xml:space="preserve">stakeholders see working software and </w:t>
            </w:r>
            <w:r>
              <w:rPr>
                <w:b/>
                <w:sz w:val="18"/>
              </w:rPr>
              <w:t>change the backlog</w:t>
            </w:r>
          </w:p>
        </w:tc>
      </w:tr>
      <w:tr>
        <w:tc>
          <w:tcPr>
            <w:tcW w:type="dxa" w:w="3137"/>
          </w:tcPr>
          <w:p>
            <w:pPr>
              <w:spacing w:after="40"/>
            </w:pPr>
            <w:r>
              <w:rPr>
                <w:sz w:val="18"/>
              </w:rPr>
            </w:r>
            <w:r>
              <w:rPr>
                <w:sz w:val="18"/>
              </w:rPr>
              <w:t>Retrospective</w:t>
            </w:r>
          </w:p>
        </w:tc>
        <w:tc>
          <w:tcPr>
            <w:tcW w:type="dxa" w:w="3137"/>
          </w:tcPr>
          <w:p>
            <w:pPr>
              <w:spacing w:after="40"/>
            </w:pPr>
            <w:r>
              <w:rPr>
                <w:sz w:val="18"/>
              </w:rPr>
            </w:r>
          </w:p>
        </w:tc>
        <w:tc>
          <w:tcPr>
            <w:tcW w:type="dxa" w:w="3137"/>
          </w:tcPr>
          <w:p>
            <w:pPr>
              <w:spacing w:after="40"/>
            </w:pPr>
            <w:r>
              <w:rPr>
                <w:sz w:val="18"/>
              </w:rPr>
            </w:r>
            <w:r>
              <w:rPr>
                <w:sz w:val="18"/>
              </w:rPr>
              <w:t>produces owned actions</w:t>
            </w:r>
          </w:p>
        </w:tc>
      </w:tr>
    </w:tbl>
    <w:p>
      <w:pPr>
        <w:spacing w:after="40"/>
      </w:pPr>
    </w:p>
    <w:p>
      <w:pPr>
        <w:pStyle w:val="ListBullet"/>
      </w:pPr>
      <w:r>
        <w:t>[ ] The daily is 15 minutes and run by the developers</w:t>
      </w:r>
    </w:p>
    <w:p>
      <w:pPr>
        <w:pStyle w:val="ListBullet"/>
      </w:pPr>
      <w:r>
        <w:t>[ ] No manager receives status in the daily</w:t>
      </w:r>
    </w:p>
    <w:p>
      <w:pPr>
        <w:pStyle w:val="ListBullet"/>
      </w:pPr>
      <w:r>
        <w:t>[ ] The sprint review changes what gets built next, if stakeholders never redirect anything,</w:t>
      </w:r>
    </w:p>
    <w:p>
      <w:r>
        <w:t>they are being informed rather than consulted</w:t>
      </w:r>
    </w:p>
    <w:p>
      <w:pPr>
        <w:pStyle w:val="Heading1"/>
      </w:pPr>
      <w:r>
        <w:t>5. Retrospectives</w:t>
      </w:r>
    </w:p>
    <w:p>
      <w:pPr>
        <w:pStyle w:val="ListBullet"/>
      </w:pPr>
      <w:r>
        <w:t xml:space="preserve">[ ] Produce at least one </w:t>
      </w:r>
      <w:r>
        <w:rPr>
          <w:b/>
        </w:rPr>
        <w:t>owned, dated action</w:t>
      </w:r>
      <w:r>
        <w:t xml:space="preserve"> per sprint</w:t>
      </w:r>
    </w:p>
    <w:p>
      <w:pPr>
        <w:pStyle w:val="ListBullet"/>
      </w:pPr>
      <w:r>
        <w:t>[ ] Last sprint's actions were reviewed at this one</w:t>
      </w:r>
    </w:p>
    <w:p>
      <w:pPr>
        <w:pStyle w:val="ListBullet"/>
      </w:pPr>
      <w:r>
        <w:t>[ ] The same issue is not raised repeatedly with nothing changing</w:t>
      </w:r>
    </w:p>
    <w:p>
      <w:pPr>
        <w:pStyle w:val="ListBullet"/>
      </w:pPr>
      <w:r>
        <w:t>[ ] People say uncomfortable things</w:t>
      </w:r>
    </w:p>
    <w:p>
      <w:r>
        <w:rPr>
          <w:b/>
        </w:rPr>
        <w:t>Actions from the last three retrospectives: ____ raised, ____ completed.</w:t>
      </w:r>
    </w:p>
    <w:p>
      <w:r>
        <w:t>If the second number is much smaller, the retrospective is theatre and attendance will decline.</w:t>
      </w:r>
    </w:p>
    <w:p>
      <w:pPr>
        <w:pStyle w:val="Heading1"/>
      </w:pPr>
      <w:r>
        <w:t>6. Roles</w:t>
      </w:r>
    </w:p>
    <w:p>
      <w:pPr>
        <w:pStyle w:val="ListBullet"/>
      </w:pPr>
      <w:r>
        <w:t xml:space="preserve">[ ] A product owner exists, is available, and </w:t>
      </w:r>
      <w:r>
        <w:rPr>
          <w:b/>
        </w:rPr>
        <w:t>can decide without escalating</w:t>
      </w:r>
    </w:p>
    <w:p>
      <w:pPr>
        <w:pStyle w:val="ListBullet"/>
      </w:pPr>
      <w:r>
        <w:t xml:space="preserve">[ ] The scrum master spends most of their time removing impediments </w:t>
      </w:r>
      <w:r>
        <w:rPr>
          <w:b/>
        </w:rPr>
        <w:t>outside</w:t>
      </w:r>
      <w:r>
        <w:t xml:space="preserve"> the team</w:t>
      </w:r>
    </w:p>
    <w:p>
      <w:pPr>
        <w:pStyle w:val="ListBullet"/>
      </w:pPr>
      <w:r>
        <w:t>[ ] One person is not both product owner and scrum master</w:t>
      </w:r>
    </w:p>
    <w:p>
      <w:pPr>
        <w:pStyle w:val="ListBullet"/>
      </w:pPr>
      <w:r>
        <w:t>[ ] The team decides how the work is done</w:t>
      </w:r>
    </w:p>
    <w:p>
      <w:r>
        <w:rPr>
          <w:b/>
        </w:rPr>
        <w:t>Average time to get a decision from the product owner:</w:t>
      </w:r>
      <w:r>
        <w:t xml:space="preserve"> ____</w:t>
      </w:r>
    </w:p>
    <w:p>
      <w:r>
        <w:t>That number is a cap on the team's cycle time, whatever the process says.</w:t>
      </w:r>
    </w:p>
    <w:p>
      <w:pPr>
        <w:pStyle w:val="Heading1"/>
      </w:pPr>
      <w:r>
        <w:t>7. Sprint outcomes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Sprint</w:t>
            </w:r>
          </w:p>
        </w:tc>
        <w:tc>
          <w:tcPr>
            <w:tcW w:type="dxa" w:w="1882"/>
            <w:shd w:val="clear" w:color="auto" w:fill="F1EAFE"/>
          </w:tcPr>
          <w:p>
            <w:pPr>
              <w:spacing w:after="40"/>
            </w:pPr>
            <w:r>
              <w:rPr>
                <w:b/>
                <w:sz w:val="18"/>
              </w:rPr>
            </w:r>
            <w:r>
              <w:rPr>
                <w:b/>
                <w:sz w:val="18"/>
              </w:rPr>
              <w:t>Committed</w:t>
            </w:r>
          </w:p>
        </w:tc>
        <w:tc>
          <w:tcPr>
            <w:tcW w:type="dxa" w:w="1882"/>
            <w:shd w:val="clear" w:color="auto" w:fill="F1EAFE"/>
          </w:tcPr>
          <w:p>
            <w:pPr>
              <w:spacing w:after="40"/>
            </w:pPr>
            <w:r>
              <w:rPr>
                <w:b/>
                <w:sz w:val="18"/>
              </w:rPr>
            </w:r>
            <w:r>
              <w:rPr>
                <w:b/>
                <w:sz w:val="18"/>
              </w:rPr>
              <w:t>Completed</w:t>
            </w:r>
          </w:p>
        </w:tc>
        <w:tc>
          <w:tcPr>
            <w:tcW w:type="dxa" w:w="1882"/>
            <w:shd w:val="clear" w:color="auto" w:fill="F1EAFE"/>
          </w:tcPr>
          <w:p>
            <w:pPr>
              <w:spacing w:after="40"/>
            </w:pPr>
            <w:r>
              <w:rPr>
                <w:b/>
                <w:sz w:val="18"/>
              </w:rPr>
            </w:r>
            <w:r>
              <w:rPr>
                <w:b/>
                <w:sz w:val="18"/>
              </w:rPr>
              <w:t>Carried over</w:t>
            </w:r>
          </w:p>
        </w:tc>
        <w:tc>
          <w:tcPr>
            <w:tcW w:type="dxa" w:w="1882"/>
            <w:shd w:val="clear" w:color="auto" w:fill="F1EAFE"/>
          </w:tcPr>
          <w:p>
            <w:pPr>
              <w:spacing w:after="40"/>
            </w:pPr>
            <w:r>
              <w:rPr>
                <w:b/>
                <w:sz w:val="18"/>
              </w:rPr>
            </w:r>
            <w:r>
              <w:rPr>
                <w:b/>
                <w:sz w:val="18"/>
              </w:rPr>
              <w:t>Goal met?</w:t>
            </w:r>
          </w:p>
        </w:tc>
      </w:tr>
    </w:tbl>
    <w:p>
      <w:pPr>
        <w:spacing w:after="40"/>
      </w:pPr>
    </w:p>
    <w:p>
      <w:r>
        <w:t>Consistently finishing far less than planned is data about planning or interruptions. It is worth a retrospective, not guilt.</w:t>
      </w:r>
    </w:p>
    <w:p>
      <w:pPr>
        <w:pStyle w:val="Heading1"/>
      </w:pPr>
      <w:r>
        <w:t>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Definition of done includes tested + deployable</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Team sets its own commitment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Velocity stays inside the team</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Retrospective actions get done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Increment genuinely releasable</w:t>
            </w:r>
          </w:p>
        </w:tc>
        <w:tc>
          <w:tcPr>
            <w:tcW w:type="dxa" w:w="4706"/>
          </w:tcPr>
          <w:p>
            <w:pPr>
              <w:spacing w:after="40"/>
            </w:pPr>
            <w:r>
              <w:rPr>
                <w:sz w:val="18"/>
              </w:rPr>
            </w:r>
            <w:r>
              <w:rPr>
                <w:sz w:val="18"/>
              </w:rPr>
              <w:t>yes / no</w:t>
            </w:r>
          </w:p>
        </w:tc>
      </w:tr>
    </w:tbl>
    <w:p>
      <w:pPr>
        <w:spacing w:after="40"/>
      </w:pPr>
    </w:p>
    <w:p>
      <w:r>
        <w:rPr>
          <w:b/>
        </w:rPr>
        <w:t>Four or five "no" answers means the ceremonies are running without the operating model.</w:t>
      </w:r>
      <w:r>
        <w:t xml:space="preserve"> Fix the definition of done first, it is upstream of most of the others.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Scrum Health Check</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Scrum Health Check</dc:title>
  <dc:subject/>
  <dc:creator>BvLogic</dc:creator>
  <cp:keywords>BvLogic, Checklist, enterprise AI, Scrum Health Check</cp:keywords>
  <dc:description/>
  <cp:lastModifiedBy/>
  <cp:revision>1</cp:revision>
  <dcterms:created xsi:type="dcterms:W3CDTF">2013-12-23T23:15:00Z</dcterms:created>
  <dcterms:modified xsi:type="dcterms:W3CDTF">2013-12-23T23:15:00Z</dcterms:modified>
  <cp:category>Checklist</cp:category>
  <dc:language>en-GB</dc:language>
</cp:coreProperties>
</file>