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Kanban Board Audit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BVL-F61216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 xml:space="preserve">One question decides most of this: </w:t>
      </w:r>
      <w:r>
        <w:rPr>
          <w:b/>
        </w:rPr>
        <w:t>are there WIP limits, and do they ever stop anyone?</w:t>
      </w:r>
    </w:p>
    <w:p>
      <w:pPr>
        <w:ind w:left="454"/>
        <w:shd w:val="clear" w:color="auto" w:fill="FAFAFB"/>
      </w:pPr>
      <w:r>
        <w:rPr>
          <w:i/>
        </w:rPr>
        <w:t>Without that, you have visibility and none of the flow benefit.</w:t>
      </w:r>
    </w:p>
    <w:p>
      <w:r>
        <w:rPr>
          <w:b/>
        </w:rPr>
        <w:t>Team / board:</w:t>
      </w:r>
      <w:r>
        <w:t xml:space="preserve"> _______________  </w:t>
      </w:r>
      <w:r>
        <w:rPr>
          <w:b/>
        </w:rPr>
        <w:t>Date:</w:t>
      </w:r>
      <w:r>
        <w:t xml:space="preserve"> _______  </w:t>
      </w:r>
      <w:r>
        <w:rPr>
          <w:b/>
        </w:rPr>
        <w:t>Audited by:</w:t>
      </w:r>
      <w:r>
        <w:t xml:space="preserve"> _______________</w:t>
      </w:r>
    </w:p>
    <w:p>
      <w:pPr>
        <w:pStyle w:val="Heading1"/>
      </w:pPr>
      <w:r>
        <w:t>1. Does the board show the real workflow?</w:t>
      </w:r>
    </w:p>
    <w:p>
      <w:pPr>
        <w:pStyle w:val="ListBullet"/>
      </w:pPr>
      <w:r>
        <w:t xml:space="preserve">[ ] Columns match how work </w:t>
      </w:r>
      <w:r>
        <w:rPr>
          <w:b/>
        </w:rPr>
        <w:t>actually</w:t>
      </w:r>
      <w:r>
        <w:t xml:space="preserve"> moves, not an idealised process</w:t>
      </w:r>
    </w:p>
    <w:p>
      <w:pPr>
        <w:pStyle w:val="ListBullet"/>
      </w:pPr>
      <w:r>
        <w:t xml:space="preserve">[ ] </w:t>
      </w:r>
      <w:r>
        <w:rPr>
          <w:b/>
        </w:rPr>
        <w:t>Waiting states are columns.</w:t>
      </w:r>
      <w:r>
        <w:t xml:space="preserve"> Waiting for review, for test environment, for another team,</w:t>
      </w:r>
    </w:p>
    <w:p>
      <w:r>
        <w:t>for a decision</w:t>
      </w:r>
    </w:p>
    <w:p>
      <w:pPr>
        <w:pStyle w:val="ListBullet"/>
      </w:pPr>
      <w:r>
        <w:t>[ ] Steps outside the team's control are shown, even though the team cannot fix them</w:t>
      </w:r>
    </w:p>
    <w:p>
      <w:pPr>
        <w:pStyle w:val="ListBullet"/>
      </w:pPr>
      <w:r>
        <w:t>[ ] A blocked item is visibly blocked, with the reason and who is chasing</w:t>
      </w:r>
    </w:p>
    <w:p>
      <w:r>
        <w:t>Delay lives in the queues, not in the work. A board that omits the waiting states measures the small part of the process you control and leaves everyone puzzled about the lead time.</w:t>
      </w:r>
    </w:p>
    <w:p>
      <w:r>
        <w:rPr>
          <w:b/>
        </w:rPr>
        <w:t>Columns currently on the board:</w:t>
      </w:r>
      <w:r>
        <w:t xml:space="preserve"> _______________ </w:t>
      </w:r>
      <w:r>
        <w:rPr>
          <w:b/>
        </w:rPr>
        <w:t>Waiting states NOT shown:</w:t>
      </w:r>
      <w:r>
        <w:t xml:space="preserve"> _______________</w:t>
      </w:r>
    </w:p>
    <w:p>
      <w:pPr>
        <w:pStyle w:val="Heading1"/>
      </w:pPr>
      <w:r>
        <w:t>2. WIP limits: the mechanism</w:t>
      </w:r>
    </w:p>
    <w:p>
      <w:pPr>
        <w:pStyle w:val="ListBullet"/>
      </w:pPr>
      <w:r>
        <w:t>[ ] A limit exists per column (or across the board)</w:t>
      </w:r>
    </w:p>
    <w:p>
      <w:pPr>
        <w:pStyle w:val="ListBullet"/>
      </w:pPr>
      <w:r>
        <w:t xml:space="preserve">[ ] Limits are </w:t>
      </w:r>
      <w:r>
        <w:rPr>
          <w:b/>
        </w:rPr>
        <w:t>visible on the board</w:t>
      </w:r>
    </w:p>
    <w:p>
      <w:pPr>
        <w:pStyle w:val="ListBullet"/>
      </w:pPr>
      <w:r>
        <w:t xml:space="preserve">[ ] The limit is </w:t>
      </w:r>
      <w:r>
        <w:rPr>
          <w:b/>
        </w:rPr>
        <w:t>reached regularly.</w:t>
      </w:r>
      <w:r>
        <w:t xml:space="preserve"> If never, it is doing nothing</w:t>
      </w:r>
    </w:p>
    <w:p>
      <w:pPr>
        <w:pStyle w:val="ListBullet"/>
      </w:pPr>
      <w:r>
        <w:t>[ ] When it is reached, people help finish rather than starting something new</w:t>
      </w:r>
    </w:p>
    <w:p>
      <w:pPr>
        <w:pStyle w:val="ListBullet"/>
      </w:pPr>
      <w:r>
        <w:t>[ ] Limits were adjusted based on evidence, not set once and forgotten</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Column</w:t>
            </w:r>
          </w:p>
        </w:tc>
        <w:tc>
          <w:tcPr>
            <w:tcW w:type="dxa" w:w="2353"/>
            <w:shd w:val="clear" w:color="auto" w:fill="F1EAFE"/>
          </w:tcPr>
          <w:p>
            <w:pPr>
              <w:spacing w:after="40"/>
            </w:pPr>
            <w:r>
              <w:rPr>
                <w:b/>
                <w:sz w:val="18"/>
              </w:rPr>
            </w:r>
            <w:r>
              <w:rPr>
                <w:b/>
                <w:sz w:val="18"/>
              </w:rPr>
              <w:t>Limit</w:t>
            </w:r>
          </w:p>
        </w:tc>
        <w:tc>
          <w:tcPr>
            <w:tcW w:type="dxa" w:w="2353"/>
            <w:shd w:val="clear" w:color="auto" w:fill="F1EAFE"/>
          </w:tcPr>
          <w:p>
            <w:pPr>
              <w:spacing w:after="40"/>
            </w:pPr>
            <w:r>
              <w:rPr>
                <w:b/>
                <w:sz w:val="18"/>
              </w:rPr>
            </w:r>
            <w:r>
              <w:rPr>
                <w:b/>
                <w:sz w:val="18"/>
              </w:rPr>
              <w:t>Times reached last month</w:t>
            </w:r>
          </w:p>
        </w:tc>
        <w:tc>
          <w:tcPr>
            <w:tcW w:type="dxa" w:w="2353"/>
            <w:shd w:val="clear" w:color="auto" w:fill="F1EAFE"/>
          </w:tcPr>
          <w:p>
            <w:pPr>
              <w:spacing w:after="40"/>
            </w:pPr>
            <w:r>
              <w:rPr>
                <w:b/>
                <w:sz w:val="18"/>
              </w:rPr>
            </w:r>
            <w:r>
              <w:rPr>
                <w:b/>
                <w:sz w:val="18"/>
              </w:rPr>
              <w:t>Times exceeded</w:t>
            </w:r>
          </w:p>
        </w:tc>
      </w:tr>
    </w:tbl>
    <w:p>
      <w:pPr>
        <w:spacing w:after="40"/>
      </w:pPr>
    </w:p>
    <w:p>
      <w:r>
        <w:rPr>
          <w:b/>
        </w:rPr>
        <w:t>If "times exceeded" is high, the limit is decorative.</w:t>
      </w:r>
      <w:r>
        <w:t xml:space="preserve"> A limit that is routinely broken is a suggestion, and the board has quietly become a push system with nicer columns.</w:t>
      </w:r>
    </w:p>
    <w:p>
      <w:pPr>
        <w:pStyle w:val="Heading1"/>
      </w:pPr>
      <w:r>
        <w:t>3. Explicit policies</w:t>
      </w:r>
    </w:p>
    <w:p>
      <w:pPr>
        <w:pStyle w:val="ListBullet"/>
      </w:pPr>
      <w:r>
        <w:t>[ ] "Ready" is defined: what must be true before an item can be pulled</w:t>
      </w:r>
    </w:p>
    <w:p>
      <w:pPr>
        <w:pStyle w:val="ListBullet"/>
      </w:pPr>
      <w:r>
        <w:t xml:space="preserve">[ ] "Done" is defined </w:t>
      </w:r>
      <w:r>
        <w:rPr>
          <w:b/>
        </w:rPr>
        <w:t>per column</w:t>
      </w:r>
    </w:p>
    <w:p>
      <w:pPr>
        <w:pStyle w:val="ListBullet"/>
      </w:pPr>
      <w:r>
        <w:t>[ ] Prioritisation rule written down</w:t>
      </w:r>
    </w:p>
    <w:p>
      <w:pPr>
        <w:pStyle w:val="ListBullet"/>
      </w:pPr>
      <w:r>
        <w:t>[ ] Expedite policy written down: what qualifies, how many at once, what it displaces</w:t>
      </w:r>
    </w:p>
    <w:p>
      <w:pPr>
        <w:pStyle w:val="ListBullet"/>
      </w:pPr>
      <w:r>
        <w:t>[ ] Policies are visible, not folklore</w:t>
      </w:r>
    </w:p>
    <w:p>
      <w:r>
        <w:t>Unwritten policies get applied inconsistently and argued about weekly.</w:t>
      </w:r>
    </w:p>
    <w:p>
      <w:pPr>
        <w:pStyle w:val="Heading1"/>
      </w:pPr>
      <w:r>
        <w:t>4. Expedites</w:t>
      </w:r>
    </w:p>
    <w:p>
      <w:pPr>
        <w:pStyle w:val="ListBullet"/>
      </w:pPr>
      <w:r>
        <w:t>[ ] Expedite lane exists and is limited (usually to one)</w:t>
      </w:r>
    </w:p>
    <w:p>
      <w:pPr>
        <w:pStyle w:val="ListBullet"/>
      </w:pPr>
      <w:r>
        <w:t>[ ] Used rarely, count last month: ____</w:t>
      </w:r>
    </w:p>
    <w:p>
      <w:pPr>
        <w:pStyle w:val="ListBullet"/>
      </w:pPr>
      <w:r>
        <w:t>[ ] Each expedite has a recorded justification</w:t>
      </w:r>
    </w:p>
    <w:p>
      <w:r>
        <w:t>If more than a small fraction of work is expedited, priority is being set by whoever asks loudest, and the ordinary queue has stopped moving.</w:t>
      </w:r>
    </w:p>
    <w:p>
      <w:pPr>
        <w:pStyle w:val="Heading1"/>
      </w:pPr>
      <w:r>
        <w:t>5. Is the board true?</w:t>
      </w:r>
    </w:p>
    <w:p>
      <w:pPr>
        <w:pStyle w:val="ListBullet"/>
      </w:pPr>
      <w:r>
        <w:t>[ ] Every item in progress has actually been worked on this week</w:t>
      </w:r>
    </w:p>
    <w:p>
      <w:pPr>
        <w:pStyle w:val="ListBullet"/>
      </w:pPr>
      <w:r>
        <w:t>[ ] Nothing has sat in one column for more than ____ days without a flag</w:t>
      </w:r>
    </w:p>
    <w:p>
      <w:pPr>
        <w:pStyle w:val="ListBullet"/>
      </w:pPr>
      <w:r>
        <w:t>[ ] Work being done is on the board, no invisible side work</w:t>
      </w:r>
    </w:p>
    <w:p>
      <w:pPr>
        <w:pStyle w:val="ListBullet"/>
      </w:pPr>
      <w:r>
        <w:t>[ ] Items are updated as they move, not in a weekly tidy-up</w:t>
      </w:r>
    </w:p>
    <w:p>
      <w:r>
        <w:rPr>
          <w:b/>
        </w:rPr>
        <w:t>Oldest item in progress: ____ days.</w:t>
      </w:r>
      <w:r>
        <w:t xml:space="preserve"> </w:t>
      </w:r>
      <w:r>
        <w:rPr>
          <w:b/>
        </w:rPr>
        <w:t>What is stopping it?</w:t>
      </w:r>
      <w:r>
        <w:t xml:space="preserve"> _______________</w:t>
      </w:r>
    </w:p>
    <w:p>
      <w:r>
        <w:t>Those two questions do most of the work in a weekly review.</w:t>
      </w:r>
    </w:p>
    <w:p>
      <w:pPr>
        <w:pStyle w:val="Heading1"/>
      </w:pPr>
      <w:r>
        <w:t>6. Metrics</w:t>
      </w:r>
    </w:p>
    <w:p>
      <w:pPr>
        <w:pStyle w:val="ListBullet"/>
      </w:pPr>
      <w:r>
        <w:t xml:space="preserve">[ ] </w:t>
      </w:r>
      <w:r>
        <w:rPr>
          <w:b/>
        </w:rPr>
        <w:t>Cycle time</w:t>
      </w:r>
      <w:r>
        <w:t xml:space="preserve"> measured (start of work → done)</w:t>
      </w:r>
    </w:p>
    <w:p>
      <w:pPr>
        <w:pStyle w:val="ListBullet"/>
      </w:pPr>
      <w:r>
        <w:t xml:space="preserve">[ ] </w:t>
      </w:r>
      <w:r>
        <w:rPr>
          <w:b/>
        </w:rPr>
        <w:t>Lead time</w:t>
      </w:r>
      <w:r>
        <w:t xml:space="preserve"> measured (request → delivered), usually much longer than the team expects</w:t>
      </w:r>
    </w:p>
    <w:p>
      <w:pPr>
        <w:pStyle w:val="ListBullet"/>
      </w:pPr>
      <w:r>
        <w:t>[ ] Throughput tracked (items per week)</w:t>
      </w:r>
    </w:p>
    <w:p>
      <w:pPr>
        <w:pStyle w:val="ListBullet"/>
      </w:pPr>
      <w:r>
        <w:t xml:space="preserve">[ ] Forecasts use the </w:t>
      </w:r>
      <w:r>
        <w:rPr>
          <w:b/>
        </w:rPr>
        <w:t>distribution</w:t>
      </w:r>
      <w:r>
        <w:t xml:space="preserve"> of past cycle times, not an average</w:t>
      </w:r>
    </w:p>
    <w:p>
      <w:pPr>
        <w:pStyle w:val="ListBullet"/>
      </w:pPr>
      <w:r>
        <w:t xml:space="preserve">[ ] Metrics describe the </w:t>
      </w:r>
      <w:r>
        <w:rPr>
          <w:b/>
        </w:rPr>
        <w:t>system</w:t>
      </w:r>
      <w:r>
        <w:t>, never individuals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Value</w:t>
            </w:r>
          </w:p>
        </w:tc>
      </w:tr>
      <w:tr>
        <w:tc>
          <w:tcPr>
            <w:tcW w:type="dxa" w:w="4706"/>
          </w:tcPr>
          <w:p>
            <w:pPr>
              <w:spacing w:after="40"/>
            </w:pPr>
            <w:r>
              <w:rPr>
                <w:sz w:val="18"/>
              </w:rPr>
            </w:r>
            <w:r>
              <w:rPr>
                <w:sz w:val="18"/>
              </w:rPr>
              <w:t>Median cycle time</w:t>
            </w:r>
          </w:p>
        </w:tc>
        <w:tc>
          <w:tcPr>
            <w:tcW w:type="dxa" w:w="4706"/>
          </w:tcPr>
          <w:p>
            <w:pPr>
              <w:spacing w:after="40"/>
            </w:pPr>
            <w:r>
              <w:rPr>
                <w:sz w:val="18"/>
              </w:rPr>
            </w:r>
          </w:p>
        </w:tc>
      </w:tr>
      <w:tr>
        <w:tc>
          <w:tcPr>
            <w:tcW w:type="dxa" w:w="4706"/>
          </w:tcPr>
          <w:p>
            <w:pPr>
              <w:spacing w:after="40"/>
            </w:pPr>
            <w:r>
              <w:rPr>
                <w:sz w:val="18"/>
              </w:rPr>
            </w:r>
            <w:r>
              <w:rPr>
                <w:sz w:val="18"/>
              </w:rPr>
              <w:t>85th percentile cycle time</w:t>
            </w:r>
          </w:p>
        </w:tc>
        <w:tc>
          <w:tcPr>
            <w:tcW w:type="dxa" w:w="4706"/>
          </w:tcPr>
          <w:p>
            <w:pPr>
              <w:spacing w:after="40"/>
            </w:pPr>
            <w:r>
              <w:rPr>
                <w:sz w:val="18"/>
              </w:rPr>
            </w:r>
          </w:p>
        </w:tc>
      </w:tr>
      <w:tr>
        <w:tc>
          <w:tcPr>
            <w:tcW w:type="dxa" w:w="4706"/>
          </w:tcPr>
          <w:p>
            <w:pPr>
              <w:spacing w:after="40"/>
            </w:pPr>
            <w:r>
              <w:rPr>
                <w:sz w:val="18"/>
              </w:rPr>
            </w:r>
            <w:r>
              <w:rPr>
                <w:sz w:val="18"/>
              </w:rPr>
              <w:t>Throughput per week</w:t>
            </w:r>
          </w:p>
        </w:tc>
        <w:tc>
          <w:tcPr>
            <w:tcW w:type="dxa" w:w="4706"/>
          </w:tcPr>
          <w:p>
            <w:pPr>
              <w:spacing w:after="40"/>
            </w:pPr>
            <w:r>
              <w:rPr>
                <w:sz w:val="18"/>
              </w:rPr>
            </w:r>
          </w:p>
        </w:tc>
      </w:tr>
      <w:tr>
        <w:tc>
          <w:tcPr>
            <w:tcW w:type="dxa" w:w="4706"/>
          </w:tcPr>
          <w:p>
            <w:pPr>
              <w:spacing w:after="40"/>
            </w:pPr>
            <w:r>
              <w:rPr>
                <w:sz w:val="18"/>
              </w:rPr>
            </w:r>
            <w:r>
              <w:rPr>
                <w:sz w:val="18"/>
              </w:rPr>
              <w:t>Current WIP</w:t>
            </w:r>
          </w:p>
        </w:tc>
        <w:tc>
          <w:tcPr>
            <w:tcW w:type="dxa" w:w="4706"/>
          </w:tcPr>
          <w:p>
            <w:pPr>
              <w:spacing w:after="40"/>
            </w:pPr>
            <w:r>
              <w:rPr>
                <w:sz w:val="18"/>
              </w:rPr>
            </w:r>
          </w:p>
        </w:tc>
      </w:tr>
      <w:tr>
        <w:tc>
          <w:tcPr>
            <w:tcW w:type="dxa" w:w="4706"/>
          </w:tcPr>
          <w:p>
            <w:pPr>
              <w:spacing w:after="40"/>
            </w:pPr>
            <w:r>
              <w:rPr>
                <w:sz w:val="18"/>
              </w:rPr>
            </w:r>
            <w:r>
              <w:rPr>
                <w:sz w:val="18"/>
              </w:rPr>
              <w:t>Flow efficiency (working time ÷ elapsed)</w:t>
            </w:r>
          </w:p>
        </w:tc>
        <w:tc>
          <w:tcPr>
            <w:tcW w:type="dxa" w:w="4706"/>
          </w:tcPr>
          <w:p>
            <w:pPr>
              <w:spacing w:after="40"/>
            </w:pPr>
            <w:r>
              <w:rPr>
                <w:sz w:val="18"/>
              </w:rPr>
            </w:r>
          </w:p>
        </w:tc>
      </w:tr>
    </w:tbl>
    <w:p>
      <w:pPr>
        <w:spacing w:after="40"/>
      </w:pPr>
    </w:p>
    <w:p>
      <w:r>
        <w:t>Flow efficiency is frequently under 20% on first measurement. That is uncomfortable and useful: it says the problem is queues, not effort.</w:t>
      </w:r>
    </w:p>
    <w:p>
      <w:r>
        <w:t>Forecast as "85% of items finish within ___ days" rather than "average ___ days", the average hides the tail that causes every escalation.</w:t>
      </w:r>
    </w:p>
    <w:p>
      <w:pPr>
        <w:pStyle w:val="Heading1"/>
      </w:pPr>
      <w:r>
        <w:t>7. Improvement</w:t>
      </w:r>
    </w:p>
    <w:p>
      <w:pPr>
        <w:pStyle w:val="ListBullet"/>
      </w:pPr>
      <w:r>
        <w:t>[ ] Someone looks at where work accumulates, regularly</w:t>
      </w:r>
    </w:p>
    <w:p>
      <w:pPr>
        <w:pStyle w:val="ListBullet"/>
      </w:pPr>
      <w:r>
        <w:t>[ ] A constraint has been fixed in the last quarter, which: ____________</w:t>
      </w:r>
    </w:p>
    <w:p>
      <w:pPr>
        <w:pStyle w:val="ListBullet"/>
      </w:pPr>
      <w:r>
        <w:t>[ ] The team has a scheduled improvement conversation (kanban does not mandate one; teams</w:t>
      </w:r>
    </w:p>
    <w:p>
      <w:r>
        <w:t>without one usually stop improving)</w:t>
      </w:r>
    </w:p>
    <w:p>
      <w:pPr>
        <w:pStyle w:val="Heading1"/>
      </w:pPr>
      <w:r>
        <w:t>Verdict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WIP limits exist</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WIP limits ever stop anyone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Waiting states visible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Policies written down</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Cycle time measured</w:t>
            </w:r>
          </w:p>
        </w:tc>
        <w:tc>
          <w:tcPr>
            <w:tcW w:type="dxa" w:w="4706"/>
          </w:tcPr>
          <w:p>
            <w:pPr>
              <w:spacing w:after="40"/>
            </w:pPr>
            <w:r>
              <w:rPr>
                <w:sz w:val="18"/>
              </w:rPr>
            </w:r>
            <w:r>
              <w:rPr>
                <w:sz w:val="18"/>
              </w:rPr>
              <w:t>yes / no</w:t>
            </w:r>
          </w:p>
        </w:tc>
      </w:tr>
    </w:tbl>
    <w:p>
      <w:pPr>
        <w:spacing w:after="40"/>
      </w:pPr>
    </w:p>
    <w:p>
      <w:r>
        <w:rPr>
          <w:b/>
        </w:rPr>
        <w:t>"No" to the first two means this is a to-do list on a wall.</w:t>
      </w:r>
      <w:r>
        <w:t xml:space="preserve"> That still has some value, and it is not kanban, and the flow improvement everyone is expecting will not arrive.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Kanban Board Audit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Kanban Board Audit</dc:title>
  <dc:subject/>
  <dc:creator>BvLogic</dc:creator>
  <cp:keywords>BvLogic, Checklist, enterprise AI, Kanban Board Audit</cp:keywords>
  <dc:description/>
  <cp:lastModifiedBy/>
  <cp:revision>1</cp:revision>
  <dcterms:created xsi:type="dcterms:W3CDTF">2013-12-23T23:15:00Z</dcterms:created>
  <dcterms:modified xsi:type="dcterms:W3CDTF">2013-12-23T23:15:00Z</dcterms:modified>
  <cp:category>Checklist</cp:category>
  <dc:language>en-GB</dc:language>
</cp:coreProperties>
</file>