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Fintech AI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BVL-99835A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42.5% of all fraud attempts in financial services are now AI</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(Banking and fintech technology leaders).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Fintech AI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Fintech AI Report — email sequence outline</dc:title>
  <dc:subject/>
  <dc:creator>BvLogic</dc:creator>
  <cp:keywords>BvLogic, Campaign, enterprise AI, Fintech AI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