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CHECKLIST</w:t>
      </w:r>
    </w:p>
    <w:p>
      <w:pPr>
        <w:spacing w:after="160"/>
      </w:pPr>
      <w:r>
        <w:rPr>
          <w:rFonts w:ascii="Georgia" w:hAnsi="Georgia"/>
          <w:b/>
          <w:color w:val="0F141A"/>
          <w:sz w:val="56"/>
        </w:rPr>
        <w:t>Container Image and Runtime Checklist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BVL-2B8C6D</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Checklist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Image / service:</w:t>
      </w:r>
      <w:r>
        <w:t xml:space="preserve"> _______________  </w:t>
      </w:r>
      <w:r>
        <w:rPr>
          <w:b/>
        </w:rPr>
        <w:t>Date:</w:t>
      </w:r>
      <w:r>
        <w:t xml:space="preserve"> _______</w:t>
      </w:r>
    </w:p>
    <w:p>
      <w:pPr>
        <w:pStyle w:val="Heading1"/>
      </w:pPr>
      <w:r>
        <w:t>1. Base image</w:t>
      </w:r>
    </w:p>
    <w:p>
      <w:pPr>
        <w:pStyle w:val="ListBullet"/>
      </w:pPr>
      <w:r>
        <w:t xml:space="preserve">[ ] </w:t>
      </w:r>
      <w:r>
        <w:rPr>
          <w:b/>
        </w:rPr>
        <w:t>Pinned by digest</w:t>
      </w:r>
      <w:r>
        <w:t>, not by tag, a tag moves, a digest does not</w:t>
      </w:r>
    </w:p>
    <w:p>
      <w:pPr>
        <w:pStyle w:val="ListBullet"/>
      </w:pPr>
      <w:r>
        <w:t>[ ] Minimal base chosen deliberately (distroless, slim, alpine) with the reason recorded</w:t>
      </w:r>
    </w:p>
    <w:p>
      <w:pPr>
        <w:pStyle w:val="ListBullet"/>
      </w:pPr>
      <w:r>
        <w:t>[ ] Base image comes from a source you would name in an audit</w:t>
      </w:r>
    </w:p>
    <w:p>
      <w:pPr>
        <w:pStyle w:val="ListBullet"/>
      </w:pPr>
      <w:r>
        <w:t>[ ] Base updated on a schedule, not when something breaks</w:t>
      </w:r>
    </w:p>
    <w:p>
      <w:pPr>
        <w:pStyle w:val="ListBullet"/>
      </w:pPr>
      <w:r>
        <w:t xml:space="preserve">[ ] </w:t>
      </w:r>
      <w:r>
        <w:rPr>
          <w:b/>
        </w:rPr>
        <w:t>Not `latest`</w:t>
      </w:r>
      <w:r>
        <w:t xml:space="preserve"> anywhere in the file</w:t>
      </w:r>
    </w:p>
    <w:p>
      <w:pPr>
        <w:ind w:left="454"/>
        <w:shd w:val="clear" w:color="auto" w:fill="FAFAFB"/>
      </w:pPr>
      <w:r>
        <w:rPr>
          <w:i/>
        </w:rPr>
        <w:t xml:space="preserve">An image built from </w:t>
      </w:r>
      <w:r>
        <w:rPr>
          <w:rFonts w:ascii="Consolas" w:hAnsi="Consolas"/>
          <w:sz w:val="19"/>
        </w:rPr>
        <w:t>FROM node:latest</w:t>
      </w:r>
      <w:r>
        <w:t xml:space="preserve"> is a different image every week. The version running</w:t>
      </w:r>
    </w:p>
    <w:p>
      <w:pPr>
        <w:ind w:left="454"/>
        <w:shd w:val="clear" w:color="auto" w:fill="FAFAFB"/>
      </w:pPr>
      <w:r>
        <w:rPr>
          <w:i/>
        </w:rPr>
        <w:t>is not the version anyone approved.</w:t>
      </w:r>
    </w:p>
    <w:p>
      <w:pPr>
        <w:pStyle w:val="Heading1"/>
      </w:pPr>
      <w:r>
        <w:t>2. Build</w:t>
      </w:r>
    </w:p>
    <w:p>
      <w:pPr>
        <w:pStyle w:val="ListBullet"/>
      </w:pPr>
      <w:r>
        <w:t xml:space="preserve">[ ] </w:t>
      </w:r>
      <w:r>
        <w:rPr>
          <w:b/>
        </w:rPr>
        <w:t>Multi-stage build.</w:t>
      </w:r>
      <w:r>
        <w:t xml:space="preserve"> Build tools do not reach the final image</w:t>
      </w:r>
    </w:p>
    <w:p>
      <w:pPr>
        <w:pStyle w:val="ListBullet"/>
      </w:pPr>
      <w:r>
        <w:t>[ ] Dependency install is its own layer, before the source copy, so the cache survives a code</w:t>
      </w:r>
    </w:p>
    <w:p>
      <w:r>
        <w:t>change</w:t>
      </w:r>
    </w:p>
    <w:p>
      <w:pPr>
        <w:pStyle w:val="ListBullet"/>
      </w:pPr>
      <w:r>
        <w:t xml:space="preserve">[ ] </w:t>
      </w:r>
      <w:r>
        <w:rPr>
          <w:rFonts w:ascii="Consolas" w:hAnsi="Consolas"/>
          <w:sz w:val="19"/>
        </w:rPr>
        <w:t>.dockerignore</w:t>
      </w:r>
      <w:r>
        <w:t xml:space="preserve"> present, </w:t>
      </w:r>
      <w:r>
        <w:rPr>
          <w:rFonts w:ascii="Consolas" w:hAnsi="Consolas"/>
          <w:sz w:val="19"/>
        </w:rPr>
        <w:t>.git</w:t>
      </w:r>
      <w:r>
        <w:t xml:space="preserve">, </w:t>
      </w:r>
      <w:r>
        <w:rPr>
          <w:rFonts w:ascii="Consolas" w:hAnsi="Consolas"/>
          <w:sz w:val="19"/>
        </w:rPr>
        <w:t>node_modules</w:t>
      </w:r>
      <w:r>
        <w:t>, secrets, test fixtures</w:t>
      </w:r>
    </w:p>
    <w:p>
      <w:pPr>
        <w:pStyle w:val="ListBullet"/>
      </w:pPr>
      <w:r>
        <w:t>[ ] Build is reproducible: same inputs, same image</w:t>
      </w:r>
    </w:p>
    <w:p>
      <w:pPr>
        <w:pStyle w:val="ListBullet"/>
      </w:pPr>
      <w:r>
        <w:t xml:space="preserve">[ ] No </w:t>
      </w:r>
      <w:r>
        <w:rPr>
          <w:rFonts w:ascii="Consolas" w:hAnsi="Consolas"/>
          <w:sz w:val="19"/>
        </w:rPr>
        <w:t>apt-get upgrade</w:t>
      </w:r>
      <w:r>
        <w:t xml:space="preserve"> in the build, upgrade the base instead, or the image drifts</w:t>
      </w:r>
    </w:p>
    <w:p>
      <w:pPr>
        <w:pStyle w:val="ListBullet"/>
      </w:pPr>
      <w:r>
        <w:t>[ ] Package lists cleaned in the same layer they were created</w:t>
      </w:r>
    </w:p>
    <w:p>
      <w:pPr>
        <w:pStyle w:val="Heading1"/>
      </w:pPr>
      <w:r>
        <w:t>3. Secrets: what must never be in an image</w:t>
      </w:r>
    </w:p>
    <w:p>
      <w:pPr>
        <w:pStyle w:val="ListBullet"/>
      </w:pPr>
      <w:r>
        <w:t xml:space="preserve">[ ] </w:t>
      </w:r>
      <w:r>
        <w:rPr>
          <w:b/>
        </w:rPr>
        <w:t>No credentials in `ENV`, `ARG`, or any layer.</w:t>
      </w:r>
      <w:r>
        <w:t xml:space="preserve"> Layers are readable by anyone with the</w:t>
      </w:r>
    </w:p>
    <w:p>
      <w:r>
        <w:t>image, including deleted files</w:t>
      </w:r>
    </w:p>
    <w:p>
      <w:pPr>
        <w:pStyle w:val="ListBullet"/>
      </w:pPr>
      <w:r>
        <w:t xml:space="preserve">[ ] No </w:t>
      </w:r>
      <w:r>
        <w:rPr>
          <w:rFonts w:ascii="Consolas" w:hAnsi="Consolas"/>
          <w:sz w:val="19"/>
        </w:rPr>
        <w:t>.env</w:t>
      </w:r>
      <w:r>
        <w:t xml:space="preserve"> file copied in</w:t>
      </w:r>
    </w:p>
    <w:p>
      <w:pPr>
        <w:pStyle w:val="ListBullet"/>
      </w:pPr>
      <w:r>
        <w:t>[ ] No private keys, certificates or tokens</w:t>
      </w:r>
    </w:p>
    <w:p>
      <w:pPr>
        <w:pStyle w:val="ListBullet"/>
      </w:pPr>
      <w:r>
        <w:t xml:space="preserve">[ ] No </w:t>
      </w:r>
      <w:r>
        <w:rPr>
          <w:rFonts w:ascii="Consolas" w:hAnsi="Consolas"/>
          <w:sz w:val="19"/>
        </w:rPr>
        <w:t>.git</w:t>
      </w:r>
      <w:r>
        <w:t xml:space="preserve"> directory</w:t>
      </w:r>
    </w:p>
    <w:p>
      <w:pPr>
        <w:pStyle w:val="ListBullet"/>
      </w:pPr>
      <w:r>
        <w:t xml:space="preserve">[ ] Build-time secrets use the build secret mount, not </w:t>
      </w:r>
      <w:r>
        <w:rPr>
          <w:rFonts w:ascii="Consolas" w:hAnsi="Consolas"/>
          <w:sz w:val="19"/>
        </w:rPr>
        <w:t>ARG</w:t>
      </w:r>
    </w:p>
    <w:p>
      <w:pPr>
        <w:pStyle w:val="ListBullet"/>
      </w:pPr>
      <w:r>
        <w:t>[ ] Image scanned for secrets in the pipeline</w:t>
      </w:r>
    </w:p>
    <w:p>
      <w:pPr>
        <w:ind w:left="454"/>
        <w:shd w:val="clear" w:color="auto" w:fill="FAFAFB"/>
      </w:pPr>
      <w:r>
        <w:rPr>
          <w:i/>
        </w:rPr>
        <w:t>A secret added in one layer and deleted in the next is still in the image. Deletion adds a</w:t>
      </w:r>
    </w:p>
    <w:p>
      <w:pPr>
        <w:ind w:left="454"/>
        <w:shd w:val="clear" w:color="auto" w:fill="FAFAFB"/>
      </w:pPr>
      <w:r>
        <w:rPr>
          <w:i/>
        </w:rPr>
        <w:t>layer; it does not remove one.</w:t>
      </w:r>
    </w:p>
    <w:p>
      <w:pPr>
        <w:pStyle w:val="Heading1"/>
      </w:pPr>
      <w:r>
        <w:t>4. Runtime identity and filesystem</w:t>
      </w:r>
    </w:p>
    <w:p>
      <w:pPr>
        <w:pStyle w:val="ListBullet"/>
      </w:pPr>
      <w:r>
        <w:t xml:space="preserve">[ ] </w:t>
      </w:r>
      <w:r>
        <w:rPr>
          <w:b/>
        </w:rPr>
        <w:t>Runs as a non-root user</w:t>
      </w:r>
      <w:r>
        <w:t>, created in the image</w:t>
      </w:r>
    </w:p>
    <w:p>
      <w:pPr>
        <w:pStyle w:val="ListBullet"/>
      </w:pPr>
      <w:r>
        <w:t xml:space="preserve">[ ] </w:t>
      </w:r>
      <w:r>
        <w:rPr>
          <w:rFonts w:ascii="Consolas" w:hAnsi="Consolas"/>
          <w:sz w:val="19"/>
        </w:rPr>
        <w:t>USER</w:t>
      </w:r>
      <w:r>
        <w:t xml:space="preserve"> set, the default is root and the default is wrong</w:t>
      </w:r>
    </w:p>
    <w:p>
      <w:pPr>
        <w:pStyle w:val="ListBullet"/>
      </w:pPr>
      <w:r>
        <w:t xml:space="preserve">[ ] </w:t>
      </w:r>
      <w:r>
        <w:rPr>
          <w:b/>
        </w:rPr>
        <w:t>Read-only root filesystem</w:t>
      </w:r>
      <w:r>
        <w:t>, with writable volumes only where needed</w:t>
      </w:r>
    </w:p>
    <w:p>
      <w:pPr>
        <w:pStyle w:val="ListBullet"/>
      </w:pPr>
      <w:r>
        <w:t xml:space="preserve">[ ] No </w:t>
      </w:r>
      <w:r>
        <w:rPr>
          <w:rFonts w:ascii="Consolas" w:hAnsi="Consolas"/>
          <w:sz w:val="19"/>
        </w:rPr>
        <w:t>--privileged</w:t>
      </w:r>
    </w:p>
    <w:p>
      <w:pPr>
        <w:pStyle w:val="ListBullet"/>
      </w:pPr>
      <w:r>
        <w:t>[ ] Capabilities dropped, then added back only if required</w:t>
      </w:r>
    </w:p>
    <w:p>
      <w:pPr>
        <w:pStyle w:val="ListBullet"/>
      </w:pPr>
      <w:r>
        <w:t xml:space="preserve">[ ] </w:t>
      </w:r>
      <w:r>
        <w:rPr>
          <w:rFonts w:ascii="Consolas" w:hAnsi="Consolas"/>
          <w:sz w:val="19"/>
        </w:rPr>
        <w:t>no-new-privileges</w:t>
      </w:r>
      <w:r>
        <w:t xml:space="preserve"> set</w:t>
      </w:r>
    </w:p>
    <w:p>
      <w:pPr>
        <w:pStyle w:val="Heading1"/>
      </w:pPr>
      <w:r>
        <w:t>5. Size and layers</w:t>
      </w:r>
    </w:p>
    <w:p>
      <w:pPr>
        <w:pStyle w:val="ListBullet"/>
      </w:pPr>
      <w:r>
        <w:t>[ ] Final image size recorded and justified</w:t>
      </w:r>
    </w:p>
    <w:p>
      <w:pPr>
        <w:pStyle w:val="ListBullet"/>
      </w:pPr>
      <w:r>
        <w:t>[ ] Nothing installed that is not needed at runtime, no compilers, no shells you do not use</w:t>
      </w:r>
    </w:p>
    <w:p>
      <w:pPr>
        <w:pStyle w:val="ListBullet"/>
      </w:pPr>
      <w:r>
        <w:t>[ ] Layers ordered least-changing to most-changing</w:t>
      </w:r>
    </w:p>
    <w:p>
      <w:pPr>
        <w:pStyle w:val="ListBullet"/>
      </w:pPr>
      <w:r>
        <w:t>[ ] Image inspected once by hand, you know what is in it</w:t>
      </w:r>
    </w:p>
    <w:p>
      <w:pPr>
        <w:pStyle w:val="Heading1"/>
      </w:pPr>
      <w:r>
        <w:t>6. Configuration</w:t>
      </w:r>
    </w:p>
    <w:p>
      <w:pPr>
        <w:pStyle w:val="ListBullet"/>
      </w:pPr>
      <w:r>
        <w:t>[ ] Configuration from environment or a mounted file, never baked in</w:t>
      </w:r>
    </w:p>
    <w:p>
      <w:pPr>
        <w:pStyle w:val="ListBullet"/>
      </w:pPr>
      <w:r>
        <w:t>[ ] The same image runs in every environment</w:t>
      </w:r>
    </w:p>
    <w:p>
      <w:pPr>
        <w:pStyle w:val="ListBullet"/>
      </w:pPr>
      <w:r>
        <w:t>[ ] Sensible defaults, with required values failing loudly at startup rather than defaulting</w:t>
      </w:r>
    </w:p>
    <w:p>
      <w:r>
        <w:t>to something wrong</w:t>
      </w:r>
    </w:p>
    <w:p>
      <w:pPr>
        <w:pStyle w:val="Heading1"/>
      </w:pPr>
      <w:r>
        <w:t>7. Process behaviour</w:t>
      </w:r>
    </w:p>
    <w:p>
      <w:pPr>
        <w:pStyle w:val="ListBullet"/>
      </w:pPr>
      <w:r>
        <w:t xml:space="preserve">[ ] </w:t>
      </w:r>
      <w:r>
        <w:rPr>
          <w:b/>
        </w:rPr>
        <w:t>One process concern per container</w:t>
      </w:r>
    </w:p>
    <w:p>
      <w:pPr>
        <w:pStyle w:val="ListBullet"/>
      </w:pPr>
      <w:r>
        <w:t>[ ] Process runs in the foreground, PID 1 handles signals, or an init is used</w:t>
      </w:r>
    </w:p>
    <w:p>
      <w:pPr>
        <w:pStyle w:val="ListBullet"/>
      </w:pPr>
      <w:r>
        <w:t xml:space="preserve">[ ] </w:t>
      </w:r>
      <w:r>
        <w:rPr>
          <w:b/>
        </w:rPr>
        <w:t>Responds to SIGTERM</w:t>
      </w:r>
      <w:r>
        <w:t xml:space="preserve"> and shuts down cleanly within the grace period</w:t>
      </w:r>
    </w:p>
    <w:p>
      <w:pPr>
        <w:pStyle w:val="ListBullet"/>
      </w:pPr>
      <w:r>
        <w:t>[ ] In-flight work is finished or handed back on shutdown</w:t>
      </w:r>
    </w:p>
    <w:p>
      <w:pPr>
        <w:pStyle w:val="ListBullet"/>
      </w:pPr>
      <w:r>
        <w:t>[ ] Logs to stdout and stderr, not to files inside the container</w:t>
      </w:r>
    </w:p>
    <w:p>
      <w:pPr>
        <w:ind w:left="454"/>
        <w:shd w:val="clear" w:color="auto" w:fill="FAFAFB"/>
      </w:pPr>
      <w:r>
        <w:rPr>
          <w:i/>
        </w:rPr>
        <w:t>A container that ignores SIGTERM is killed after the grace period. Every rolling update then</w:t>
      </w:r>
    </w:p>
    <w:p>
      <w:pPr>
        <w:ind w:left="454"/>
        <w:shd w:val="clear" w:color="auto" w:fill="FAFAFB"/>
      </w:pPr>
      <w:r>
        <w:rPr>
          <w:i/>
        </w:rPr>
        <w:t>drops whatever it was doing.</w:t>
      </w:r>
    </w:p>
    <w:p>
      <w:pPr>
        <w:pStyle w:val="Heading1"/>
      </w:pPr>
      <w:r>
        <w:t>8. Health and resources</w:t>
      </w:r>
    </w:p>
    <w:p>
      <w:pPr>
        <w:pStyle w:val="ListBullet"/>
      </w:pPr>
      <w:r>
        <w:t xml:space="preserve">[ ] </w:t>
      </w:r>
      <w:r>
        <w:rPr>
          <w:b/>
        </w:rPr>
        <w:t>Readiness check.</w:t>
      </w:r>
      <w:r>
        <w:t xml:space="preserve"> Can it serve right now?</w:t>
      </w:r>
    </w:p>
    <w:p>
      <w:pPr>
        <w:pStyle w:val="ListBullet"/>
      </w:pPr>
      <w:r>
        <w:t xml:space="preserve">[ ] </w:t>
      </w:r>
      <w:r>
        <w:rPr>
          <w:b/>
        </w:rPr>
        <w:t>Liveness check.</w:t>
      </w:r>
      <w:r>
        <w:t xml:space="preserve"> The process only, never a dependency</w:t>
      </w:r>
    </w:p>
    <w:p>
      <w:pPr>
        <w:pStyle w:val="ListBullet"/>
      </w:pPr>
      <w:r>
        <w:t>[ ] Memory limit set, from measurement</w:t>
      </w:r>
    </w:p>
    <w:p>
      <w:pPr>
        <w:pStyle w:val="ListBullet"/>
      </w:pPr>
      <w:r>
        <w:t>[ ] CPU request set, from measurement</w:t>
      </w:r>
    </w:p>
    <w:p>
      <w:pPr>
        <w:pStyle w:val="ListBullet"/>
      </w:pPr>
      <w:r>
        <w:t>[ ] Behaviour under the memory limit understood, a runtime that does not see the limit will</w:t>
      </w:r>
    </w:p>
    <w:p>
      <w:r>
        <w:t>exceed it</w:t>
      </w:r>
    </w:p>
    <w:p>
      <w:pPr>
        <w:pStyle w:val="Heading1"/>
      </w:pPr>
      <w:r>
        <w:t>9. Supply chain</w:t>
      </w:r>
    </w:p>
    <w:p>
      <w:pPr>
        <w:pStyle w:val="ListBullet"/>
      </w:pPr>
      <w:r>
        <w:t>[ ] Image scanned for known vulnerabilities in the pipeline, and the result blocks</w:t>
      </w:r>
    </w:p>
    <w:p>
      <w:pPr>
        <w:pStyle w:val="ListBullet"/>
      </w:pPr>
      <w:r>
        <w:t>[ ] Dependency manifest committed and reviewed</w:t>
      </w:r>
    </w:p>
    <w:p>
      <w:pPr>
        <w:pStyle w:val="ListBullet"/>
      </w:pPr>
      <w:r>
        <w:t>[ ] Image signed, or its digest recorded in the deployment record</w:t>
      </w:r>
    </w:p>
    <w:p>
      <w:pPr>
        <w:pStyle w:val="ListBullet"/>
      </w:pPr>
      <w:r>
        <w:t>[ ] Registry access controlled and audited</w:t>
      </w:r>
    </w:p>
    <w:p>
      <w:pPr>
        <w:pStyle w:val="ListBullet"/>
      </w:pPr>
      <w:r>
        <w:t>[ ] Retention policy on old images, registries grow without limit</w:t>
      </w:r>
    </w:p>
    <w:p>
      <w:pPr>
        <w:pStyle w:val="Heading1"/>
      </w:pPr>
      <w:r>
        <w:t>10. The traps</w:t>
      </w:r>
    </w:p>
    <w:p>
      <w:pPr>
        <w:pStyle w:val="ListBullet"/>
      </w:pPr>
      <w:r>
        <w:t>[ ] Not treating the container as a small server, no SSH, no cron inside, no manual fixes</w:t>
      </w:r>
    </w:p>
    <w:p>
      <w:pPr>
        <w:pStyle w:val="ListBullet"/>
      </w:pPr>
      <w:r>
        <w:t xml:space="preserve">[ ] </w:t>
      </w:r>
      <w:r>
        <w:rPr>
          <w:b/>
        </w:rPr>
        <w:t>No state on the container filesystem.</w:t>
      </w:r>
      <w:r>
        <w:t xml:space="preserve"> It is gone on restart</w:t>
      </w:r>
    </w:p>
    <w:p>
      <w:pPr>
        <w:pStyle w:val="ListBullet"/>
      </w:pPr>
      <w:r>
        <w:t>[ ] Not running as root because it was easier</w:t>
      </w:r>
    </w:p>
    <w:p>
      <w:pPr>
        <w:pStyle w:val="ListBullet"/>
      </w:pPr>
      <w:r>
        <w:t xml:space="preserve">[ ] Not copying the whole build context because </w:t>
      </w:r>
      <w:r>
        <w:rPr>
          <w:rFonts w:ascii="Consolas" w:hAnsi="Consolas"/>
          <w:sz w:val="19"/>
        </w:rPr>
        <w:t>.dockerignore</w:t>
      </w:r>
      <w:r>
        <w:t xml:space="preserve"> was skipped</w:t>
      </w:r>
    </w:p>
    <w:p>
      <w:pPr>
        <w:pStyle w:val="ListBullet"/>
      </w:pPr>
      <w:r>
        <w:t>[ ] Not using the same image with an environment variable that changes behaviour dangerously</w:t>
      </w:r>
    </w:p>
    <w:p>
      <w:pPr>
        <w:pStyle w:val="Heading1"/>
      </w:pPr>
      <w:r>
        <w:t>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Built by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Reviewed by</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Container Image and Runtime Checklist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Container Image and Runtime Checklist</dc:title>
  <dc:subject/>
  <dc:creator>BvLogic</dc:creator>
  <cp:keywords>BvLogic, Checklist, enterprise AI, Container Image and Runtime Checklist</cp:keywords>
  <dc:description/>
  <cp:lastModifiedBy/>
  <cp:revision>1</cp:revision>
  <dcterms:created xsi:type="dcterms:W3CDTF">2013-12-23T23:15:00Z</dcterms:created>
  <dcterms:modified xsi:type="dcterms:W3CDTF">2013-12-23T23:15:00Z</dcterms:modified>
  <cp:category>Checklist</cp:category>
  <dc:language>en-GB</dc:language>
</cp:coreProperties>
</file>