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Enterprise Cloud Index,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BVL-180A94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Cloud Adoption Report 2026: The Repatriation Year</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2026-08-04</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Enterprise Cloud Index, Annual</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August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86% of CIOs plan to move at least some workloads from public cloud back to private or on-premises infrastructure, the highest rate ever recorded.</w:t>
      </w:r>
    </w:p>
    <w:p>
      <w:pPr>
        <w:ind w:left="454"/>
        <w:shd w:val="clear" w:color="auto" w:fill="FAFAFB"/>
      </w:pPr>
      <w:r>
        <w:rPr>
          <w:i/>
        </w:rPr>
        <w:t>Production AI inference in public cloud fell from 56% to 41% in a single year.</w:t>
      </w:r>
    </w:p>
    <w:p>
      <w:pPr>
        <w:ind w:left="454"/>
        <w:shd w:val="clear" w:color="auto" w:fill="FAFAFB"/>
      </w:pPr>
      <w:r>
        <w:rPr>
          <w:i/>
        </w:rPr>
        <w:t>About one fifth of everything moved to public cloud has already been pulled back. That is not a retreat, it is workload placement finally being decided per workload.</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Enterprise Cloud Index, 2026 edition. BvLogic Research, 2026-08-04. https://bvlogic.com/research/cloud-adoption/</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Cloud Repatriation in 2026: Costs, Compliance, and Control, Volico</w:t>
      </w:r>
    </w:p>
    <w:p>
      <w:pPr>
        <w:pStyle w:val="ListBullet"/>
      </w:pPr>
      <w:r>
        <w:rPr>
          <w:color w:val="7C3AED"/>
          <w:u w:val="single"/>
        </w:rPr>
        <w:t>Cloud Repatriation: The Strategic Shift in IT, HyScaler</w:t>
      </w:r>
    </w:p>
    <w:p>
      <w:pPr>
        <w:pStyle w:val="ListBullet"/>
      </w:pPr>
      <w:r>
        <w:rPr>
          <w:color w:val="7C3AED"/>
          <w:u w:val="single"/>
        </w:rPr>
        <w:t>What's Driving Cloud Repatriation in 2026?, mrc</w:t>
      </w:r>
    </w:p>
    <w:p>
      <w:pPr>
        <w:pStyle w:val="ListBullet"/>
      </w:pPr>
      <w:r>
        <w:rPr>
          <w:color w:val="7C3AED"/>
          <w:u w:val="single"/>
        </w:rPr>
        <w:t>Cloud Repatriation: Trends and Statistics, NovoServe</w:t>
      </w:r>
    </w:p>
    <w:p>
      <w:pPr>
        <w:pStyle w:val="ListBullet"/>
      </w:pPr>
      <w:r>
        <w:rPr>
          <w:color w:val="7C3AED"/>
          <w:u w:val="single"/>
        </w:rPr>
        <w:t>The Great Cloud Repatriation of 2026, Practical Logix</w:t>
      </w:r>
    </w:p>
    <w:p>
      <w:pPr>
        <w:pStyle w:val="ListBullet"/>
      </w:pPr>
      <w:r>
        <w:rPr>
          <w:color w:val="7C3AED"/>
          <w:u w:val="single"/>
        </w:rPr>
        <w:t>On-Premise AI Statistics 2026</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Enterprise Cloud Index,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Cloud Index, 2026 edition — press kit</dc:title>
  <dc:subject/>
  <dc:creator>BvLogic</dc:creator>
  <cp:keywords>BvLogic, Kit, enterprise AI, Enterprise Cloud Index,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