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AI Chaos Engineering Checklist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BVL-1B2F2E</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System:</w:t>
      </w:r>
      <w:r>
        <w:t xml:space="preserve"> _______________  </w:t>
      </w:r>
      <w:r>
        <w:rPr>
          <w:b/>
        </w:rPr>
        <w:t>Experiment:</w:t>
      </w:r>
      <w:r>
        <w:t xml:space="preserve"> _______________  </w:t>
      </w:r>
      <w:r>
        <w:rPr>
          <w:b/>
        </w:rPr>
        <w:t>Date:</w:t>
      </w:r>
      <w:r>
        <w:t xml:space="preserve"> _______</w:t>
      </w:r>
    </w:p>
    <w:p>
      <w:pPr>
        <w:ind w:left="454"/>
        <w:shd w:val="clear" w:color="auto" w:fill="FAFAFB"/>
      </w:pPr>
      <w:r>
        <w:rPr>
          <w:i/>
        </w:rPr>
        <w:t>Not "unplug things and see". A hypothesis test with a stop condition.</w:t>
      </w:r>
    </w:p>
    <w:p>
      <w:pPr>
        <w:pStyle w:val="Heading1"/>
      </w:pPr>
      <w:r>
        <w:t>1. Design the experiment</w:t>
      </w:r>
    </w:p>
    <w:p>
      <w:pPr>
        <w:pStyle w:val="ListBullet"/>
      </w:pPr>
      <w:r>
        <w:t xml:space="preserve">[ ] </w:t>
      </w:r>
      <w:r>
        <w:rPr>
          <w:b/>
        </w:rPr>
        <w:t>Steady state defined and measured first.</w:t>
      </w:r>
      <w:r>
        <w:t xml:space="preserve"> What normal looks like, numerically</w:t>
      </w:r>
    </w:p>
    <w:p>
      <w:pPr>
        <w:pStyle w:val="ListBullet"/>
      </w:pPr>
      <w:r>
        <w:t xml:space="preserve">[ ] </w:t>
      </w:r>
      <w:r>
        <w:rPr>
          <w:b/>
        </w:rPr>
        <w:t>Hypothesis written before running it</w:t>
      </w:r>
    </w:p>
    <w:p>
      <w:pPr>
        <w:pStyle w:val="ListBullet"/>
      </w:pPr>
      <w:r>
        <w:t>[ ] Blast radius stated: environment, traffic, data</w:t>
      </w:r>
    </w:p>
    <w:p>
      <w:pPr>
        <w:pStyle w:val="ListBullet"/>
      </w:pPr>
      <w:r>
        <w:t xml:space="preserve">[ ] </w:t>
      </w:r>
      <w:r>
        <w:rPr>
          <w:b/>
        </w:rPr>
        <w:t>Stop condition stated.</w:t>
      </w:r>
      <w:r>
        <w:t xml:space="preserve"> What ends the experiment immediately</w:t>
      </w:r>
    </w:p>
    <w:p>
      <w:pPr>
        <w:pStyle w:val="ListBullet"/>
      </w:pPr>
      <w:r>
        <w:t>[ ] Team present and available</w:t>
      </w:r>
    </w:p>
    <w:p>
      <w:pPr>
        <w:pStyle w:val="ListBullet"/>
      </w:pPr>
      <w:r>
        <w:t>[ ] Announced: an unannounced experiment that looks like an incident wastes everyone's time</w:t>
      </w:r>
    </w:p>
    <w:p>
      <w:pPr>
        <w:pStyle w:val="ListBullet"/>
      </w:pPr>
      <w:r>
        <w:t>[ ] Off-peak</w:t>
      </w:r>
    </w:p>
    <w:p>
      <w:pPr>
        <w:shd w:val="clear" w:color="auto" w:fill="F4F5F7"/>
      </w:pPr>
      <w:r>
        <w:rPr>
          <w:rFonts w:ascii="Consolas" w:hAnsi="Consolas"/>
          <w:sz w:val="18"/>
        </w:rPr>
        <w:t>Steady state:   ____________________________________</w:t>
        <w:br/>
        <w:t>Hypothesis:     ____________________________________</w:t>
        <w:br/>
        <w:t>Blast radius:   ____________________________________</w:t>
        <w:br/>
        <w:t>Stop condition: ____________________________________</w:t>
      </w:r>
    </w:p>
    <w:p>
      <w:pPr>
        <w:pStyle w:val="Heading1"/>
      </w:pPr>
      <w:r>
        <w:t>2. Provider failures to inject</w:t>
      </w:r>
    </w:p>
    <w:p>
      <w:pPr>
        <w:pStyle w:val="ListBullet"/>
      </w:pPr>
      <w:r>
        <w:t xml:space="preserve">[ ] </w:t>
      </w:r>
      <w:r>
        <w:rPr>
          <w:b/>
        </w:rPr>
        <w:t>Complete outage.</w:t>
      </w:r>
      <w:r>
        <w:t xml:space="preserve"> Sustained errors from the model API</w:t>
      </w:r>
    </w:p>
    <w:p>
      <w:pPr>
        <w:pStyle w:val="ListBullet"/>
      </w:pPr>
      <w:r>
        <w:t xml:space="preserve">[ ] </w:t>
      </w:r>
      <w:r>
        <w:rPr>
          <w:b/>
        </w:rPr>
        <w:t>Slow, not down.</w:t>
      </w:r>
      <w:r>
        <w:t xml:space="preserve"> 30s instead of 2s. Harder and more common</w:t>
      </w:r>
    </w:p>
    <w:p>
      <w:pPr>
        <w:pStyle w:val="ListBullet"/>
      </w:pPr>
      <w:r>
        <w:t>[ ] Rate limited, sustained 429s</w:t>
      </w:r>
    </w:p>
    <w:p>
      <w:pPr>
        <w:pStyle w:val="ListBullet"/>
      </w:pPr>
      <w:r>
        <w:t>[ ] Malformed responses: truncated JSON, empty content, unexpected schema</w:t>
      </w:r>
    </w:p>
    <w:p>
      <w:pPr>
        <w:pStyle w:val="ListBullet"/>
      </w:pPr>
      <w:r>
        <w:t xml:space="preserve">[ ] </w:t>
      </w:r>
      <w:r>
        <w:rPr>
          <w:b/>
        </w:rPr>
        <w:t>Partial degradation.</w:t>
      </w:r>
      <w:r>
        <w:t xml:space="preserve"> Responses arrive but are poor. No error to catch</w:t>
      </w:r>
    </w:p>
    <w:p>
      <w:pPr>
        <w:pStyle w:val="Heading1"/>
      </w:pPr>
      <w:r>
        <w:t>3. Surrounding failures</w:t>
      </w:r>
    </w:p>
    <w:p>
      <w:pPr>
        <w:pStyle w:val="ListBullet"/>
      </w:pPr>
      <w:r>
        <w:t>[ ] Retrieval unavailable: does it refuse, or answer ungrounded from training data?</w:t>
      </w:r>
    </w:p>
    <w:p>
      <w:pPr>
        <w:pStyle w:val="ListBullet"/>
      </w:pPr>
      <w:r>
        <w:t>[ ] Retrieval returns empty, not an error. Does it say "I don't know"?</w:t>
      </w:r>
    </w:p>
    <w:p>
      <w:pPr>
        <w:pStyle w:val="ListBullet"/>
      </w:pPr>
      <w:r>
        <w:t>[ ] Tool failures (agents), timeout, error, wrong shape</w:t>
      </w:r>
    </w:p>
    <w:p>
      <w:pPr>
        <w:pStyle w:val="ListBullet"/>
      </w:pPr>
      <w:r>
        <w:t>[ ] Stale corpus, nothing errors, answers confidently wrong</w:t>
      </w:r>
    </w:p>
    <w:p>
      <w:pPr>
        <w:pStyle w:val="ListBullet"/>
      </w:pPr>
      <w:r>
        <w:t>[ ] Spend cap reached mid-task</w:t>
      </w:r>
    </w:p>
    <w:p>
      <w:pPr>
        <w:pStyle w:val="Heading1"/>
      </w:pPr>
      <w:r>
        <w:t>4. "Graceful" verified: define before testing</w:t>
      </w:r>
    </w:p>
    <w:p>
      <w:pPr>
        <w:pStyle w:val="ListBullet"/>
      </w:pPr>
      <w:r>
        <w:t xml:space="preserve">[ ] </w:t>
      </w:r>
      <w:r>
        <w:rPr>
          <w:b/>
        </w:rPr>
        <w:t>Honest.</w:t>
      </w:r>
      <w:r>
        <w:t xml:space="preserve"> User told something is wrong, not shown a spinner forever</w:t>
      </w:r>
    </w:p>
    <w:p>
      <w:pPr>
        <w:pStyle w:val="ListBullet"/>
      </w:pPr>
      <w:r>
        <w:t xml:space="preserve">[ ] </w:t>
      </w:r>
      <w:r>
        <w:rPr>
          <w:b/>
        </w:rPr>
        <w:t>Bounded.</w:t>
      </w:r>
      <w:r>
        <w:t xml:space="preserve"> One slow dependency does not stall unrelated features</w:t>
      </w:r>
    </w:p>
    <w:p>
      <w:pPr>
        <w:pStyle w:val="ListBullet"/>
      </w:pPr>
      <w:r>
        <w:t xml:space="preserve">[ ] </w:t>
      </w:r>
      <w:r>
        <w:rPr>
          <w:b/>
        </w:rPr>
        <w:t>Lossless.</w:t>
      </w:r>
      <w:r>
        <w:t xml:space="preserve"> Queued work survives, or is discarded with the user informed</w:t>
      </w:r>
    </w:p>
    <w:p>
      <w:pPr>
        <w:pStyle w:val="ListBullet"/>
      </w:pPr>
      <w:r>
        <w:t xml:space="preserve">[ ] </w:t>
      </w:r>
      <w:r>
        <w:rPr>
          <w:b/>
        </w:rPr>
        <w:t>Idempotent.</w:t>
      </w:r>
      <w:r>
        <w:t xml:space="preserve"> A retry cannot duplicate an effect</w:t>
      </w:r>
    </w:p>
    <w:p>
      <w:pPr>
        <w:pStyle w:val="ListBullet"/>
      </w:pPr>
      <w:r>
        <w:t xml:space="preserve">[ ] </w:t>
      </w:r>
      <w:r>
        <w:rPr>
          <w:b/>
        </w:rPr>
        <w:t>Recoverable.</w:t>
      </w:r>
      <w:r>
        <w:t xml:space="preserve"> Resumes without intervention when the dependency returns</w:t>
      </w:r>
    </w:p>
    <w:p>
      <w:pPr>
        <w:pStyle w:val="ListBullet"/>
      </w:pPr>
      <w:r>
        <w:t xml:space="preserve">[ ] </w:t>
      </w:r>
      <w:r>
        <w:rPr>
          <w:b/>
        </w:rPr>
        <w:t>Visible.</w:t>
      </w:r>
      <w:r>
        <w:t xml:space="preserve"> Something alerted. Silent degradation lasts longest</w:t>
      </w:r>
    </w:p>
    <w:p>
      <w:pPr>
        <w:pStyle w:val="Heading1"/>
      </w:pPr>
      <w:r>
        <w:t>5. The findings people usually get</w:t>
      </w:r>
    </w:p>
    <w:p>
      <w:pPr>
        <w:pStyle w:val="ListBullet"/>
      </w:pPr>
      <w:r>
        <w:t>[ ] Timeouts longer than intended, threads piling up</w:t>
      </w:r>
    </w:p>
    <w:p>
      <w:pPr>
        <w:pStyle w:val="ListBullet"/>
      </w:pPr>
      <w:r>
        <w:t>[ ] Retry without backoff, extending the outage</w:t>
      </w:r>
    </w:p>
    <w:p>
      <w:pPr>
        <w:pStyle w:val="ListBullet"/>
      </w:pPr>
      <w:r>
        <w:t>[ ] No user-facing message at all</w:t>
      </w:r>
    </w:p>
    <w:p>
      <w:pPr>
        <w:pStyle w:val="ListBullet"/>
      </w:pPr>
      <w:r>
        <w:t>[ ] Non-idempotent operations retried, producing duplicates</w:t>
      </w:r>
    </w:p>
    <w:p>
      <w:pPr>
        <w:pStyle w:val="ListBullet"/>
      </w:pPr>
      <w:r>
        <w:t>[ ] Queued work lost on restart</w:t>
      </w:r>
    </w:p>
    <w:p>
      <w:pPr>
        <w:pStyle w:val="Heading1"/>
      </w:pPr>
      <w:r>
        <w:t>6. Afterwards</w:t>
      </w:r>
    </w:p>
    <w:p>
      <w:pPr>
        <w:pStyle w:val="ListBullet"/>
      </w:pPr>
      <w:r>
        <w:t>[ ] Result recorded against the hypothesis, matched or not</w:t>
      </w:r>
    </w:p>
    <w:p>
      <w:pPr>
        <w:pStyle w:val="ListBullet"/>
      </w:pPr>
      <w:r>
        <w:t>[ ] Surprises recorded. These are the value</w:t>
      </w:r>
    </w:p>
    <w:p>
      <w:pPr>
        <w:pStyle w:val="ListBullet"/>
      </w:pPr>
      <w:r>
        <w:t>[ ] Findings fed into runbooks and the incident plan</w:t>
      </w:r>
    </w:p>
    <w:p>
      <w:pPr>
        <w:pStyle w:val="ListBullet"/>
      </w:pPr>
      <w:r>
        <w:t xml:space="preserve">[ ] Fixes made, then </w:t>
      </w:r>
      <w:r>
        <w:rPr>
          <w:b/>
        </w:rPr>
        <w:t>experiment re-run to verify</w:t>
      </w:r>
    </w:p>
    <w:p>
      <w:pPr>
        <w:pStyle w:val="ListBullet"/>
      </w:pPr>
      <w:r>
        <w:t>[ ] Next experiment scheduled</w:t>
      </w:r>
    </w:p>
    <w:p>
      <w:pPr>
        <w:pStyle w:val="Heading1"/>
      </w:pPr>
      <w:r>
        <w:t>Record</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Hypothesis held?</w:t>
            </w:r>
          </w:p>
        </w:tc>
        <w:tc>
          <w:tcPr>
            <w:tcW w:type="dxa" w:w="4706"/>
            <w:shd w:val="clear" w:color="auto" w:fill="F1EAFE"/>
          </w:tcPr>
          <w:p>
            <w:pPr>
              <w:spacing w:after="40"/>
            </w:pPr>
            <w:r>
              <w:rPr>
                <w:b/>
                <w:sz w:val="18"/>
              </w:rPr>
            </w:r>
            <w:r>
              <w:rPr>
                <w:b/>
                <w:sz w:val="18"/>
              </w:rPr>
              <w:t>Yes / No / Partly</w:t>
            </w:r>
          </w:p>
        </w:tc>
      </w:tr>
      <w:tr>
        <w:tc>
          <w:tcPr>
            <w:tcW w:type="dxa" w:w="4706"/>
          </w:tcPr>
          <w:p>
            <w:pPr>
              <w:spacing w:after="40"/>
            </w:pPr>
            <w:r>
              <w:rPr>
                <w:sz w:val="18"/>
              </w:rPr>
            </w:r>
            <w:r>
              <w:rPr>
                <w:sz w:val="18"/>
              </w:rPr>
              <w:t>What surprised us</w:t>
            </w:r>
          </w:p>
        </w:tc>
        <w:tc>
          <w:tcPr>
            <w:tcW w:type="dxa" w:w="4706"/>
          </w:tcPr>
          <w:p>
            <w:pPr>
              <w:spacing w:after="40"/>
            </w:pPr>
            <w:r>
              <w:rPr>
                <w:sz w:val="18"/>
              </w:rPr>
            </w:r>
          </w:p>
        </w:tc>
      </w:tr>
      <w:tr>
        <w:tc>
          <w:tcPr>
            <w:tcW w:type="dxa" w:w="4706"/>
          </w:tcPr>
          <w:p>
            <w:pPr>
              <w:spacing w:after="40"/>
            </w:pPr>
            <w:r>
              <w:rPr>
                <w:sz w:val="18"/>
              </w:rPr>
            </w:r>
            <w:r>
              <w:rPr>
                <w:sz w:val="18"/>
              </w:rPr>
              <w:t>Actions, with owners and dates</w:t>
            </w:r>
          </w:p>
        </w:tc>
        <w:tc>
          <w:tcPr>
            <w:tcW w:type="dxa" w:w="4706"/>
          </w:tcPr>
          <w:p>
            <w:pPr>
              <w:spacing w:after="40"/>
            </w:pPr>
            <w:r>
              <w:rPr>
                <w:sz w:val="18"/>
              </w:rPr>
            </w:r>
          </w:p>
        </w:tc>
      </w:tr>
      <w:tr>
        <w:tc>
          <w:tcPr>
            <w:tcW w:type="dxa" w:w="4706"/>
          </w:tcPr>
          <w:p>
            <w:pPr>
              <w:spacing w:after="40"/>
            </w:pPr>
            <w:r>
              <w:rPr>
                <w:sz w:val="18"/>
              </w:rPr>
            </w:r>
            <w:r>
              <w:rPr>
                <w:sz w:val="18"/>
              </w:rPr>
              <w:t>Re-run scheduled for</w:t>
            </w:r>
          </w:p>
        </w:tc>
        <w:tc>
          <w:tcPr>
            <w:tcW w:type="dxa" w:w="4706"/>
          </w:tcPr>
          <w:p>
            <w:pPr>
              <w:spacing w:after="40"/>
            </w:pPr>
            <w:r>
              <w:rPr>
                <w:sz w:val="18"/>
              </w:rPr>
            </w:r>
          </w:p>
        </w:tc>
      </w:tr>
    </w:tbl>
    <w:p>
      <w:pPr>
        <w:spacing w:after="40"/>
      </w:pP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Experiment lead</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System owner</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Chaos Engineering Checklist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Chaos Engineering Checklist</dc:title>
  <dc:subject/>
  <dc:creator>BvLogic</dc:creator>
  <cp:keywords>BvLogic, Checklist, enterprise AI, AI Chaos Engineering Checklist</cp:keywords>
  <dc:description/>
  <cp:lastModifiedBy/>
  <cp:revision>1</cp:revision>
  <dcterms:created xsi:type="dcterms:W3CDTF">2013-12-23T23:15:00Z</dcterms:created>
  <dcterms:modified xsi:type="dcterms:W3CDTF">2013-12-23T23:15:00Z</dcterms:modified>
  <cp:category>Checklist</cp:category>
  <dc:language>en-GB</dc:language>
</cp:coreProperties>
</file>