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AI in Education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BVL-315BE5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AI in Education Report 2026: Students Are Ahead of Their Institutions</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AI in Education Report, Annual, aligned to the academic year</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88% of students now use AI in their learning, and 88% use generative AI specifically for assessments.</w:t>
      </w:r>
    </w:p>
    <w:p>
      <w:pPr>
        <w:ind w:left="454"/>
        <w:shd w:val="clear" w:color="auto" w:fill="FAFAFB"/>
      </w:pPr>
      <w:r>
        <w:rPr>
          <w:i/>
        </w:rPr>
        <w:t>65% of students are themselves worried that AI makes learning too shallow.</w:t>
      </w:r>
    </w:p>
    <w:p>
      <w:pPr>
        <w:ind w:left="454"/>
        <w:shd w:val="clear" w:color="auto" w:fill="FAFAFB"/>
      </w:pPr>
      <w:r>
        <w:rPr>
          <w:i/>
        </w:rPr>
        <w:t>Students are using AI on assessments without clear rules, taught by faculty who mostly use it themselves but are not confident advising on it, under policies written before any of it.</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AI in Education Report, 2026 edition. BvLogic Research, 2026-08-04. https://bvlogic.com/research/ai-in-education/</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AI in higher education survey 2026, EdTech Innovation Hub</w:t>
      </w:r>
    </w:p>
    <w:p>
      <w:pPr>
        <w:pStyle w:val="ListBullet"/>
      </w:pPr>
      <w:r>
        <w:rPr>
          <w:color w:val="7C3AED"/>
          <w:u w:val="single"/>
        </w:rPr>
        <w:t>Global survey: 88% of students, 77% of faculty now use AI</w:t>
      </w:r>
    </w:p>
    <w:p>
      <w:pPr>
        <w:pStyle w:val="ListBullet"/>
      </w:pPr>
      <w:r>
        <w:rPr>
          <w:color w:val="7C3AED"/>
          <w:u w:val="single"/>
        </w:rPr>
        <w:t>AI Adoption Is Nearly Universal Among Students, But Confidence Is Not, Digital Education Council</w:t>
      </w:r>
    </w:p>
    <w:p>
      <w:pPr>
        <w:pStyle w:val="ListBullet"/>
      </w:pPr>
      <w:r>
        <w:rPr>
          <w:color w:val="7C3AED"/>
          <w:u w:val="single"/>
        </w:rPr>
        <w:t>81 AI in Education Statistics 2026, DemandSage</w:t>
      </w:r>
    </w:p>
    <w:p>
      <w:pPr>
        <w:pStyle w:val="ListBullet"/>
      </w:pPr>
      <w:r>
        <w:rPr>
          <w:color w:val="7C3AED"/>
          <w:u w:val="single"/>
        </w:rPr>
        <w:t>25 AI in Education Statistics, Engageli</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in Education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Report, 2026 edition — press kit</dc:title>
  <dc:subject/>
  <dc:creator>BvLogic</dc:creator>
  <cp:keywords>BvLogic, Kit, enterprise AI, AI in Education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