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AI Agent Adoption Report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BVL-8A31C4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Published 2026 agent adoption figures range from 31% to 79% because they measure four different things. Roughly a third of enterprises have at least one agent in production, which is the strictest and most defensible reading.</w:t>
        <w:br/>
        <w:br/>
        <w:t>That is the finding from our AI Agent Adoption Report 2026 edition.</w:t>
        <w:br/>
        <w:br/>
        <w:t>Full report, with sources and the data as CSV: https://bvlogic.com/research/ai-agent-adoption/</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Published 2026 agent adoption figures range from 31% to 79% because they measure four different things. Roughly a third of enterprises have at least one agent in production, which is the strictest and most defensible reading.</w:t>
        <w:br/>
        <w:br/>
        <w:t>88% of agent pilots never reach production. The top blocker is evaluation gaps (64%), ahead of governance friction (57%) and model reliability (51%).</w:t>
        <w:br/>
        <w:br/>
        <w:t>Both of those are true of the same companies. That gap is the whole report.</w:t>
        <w:br/>
        <w:br/>
        <w:t>https://bvlogic.com/research/ai-agent-adoption/</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https://bvlogic.com/research/ai-agent-adoption/</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Agent Adoption Report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Agent Adoption Report — LinkedIn drafts</dc:title>
  <dc:subject/>
  <dc:creator>BvLogic</dc:creator>
  <cp:keywords>BvLogic, Social, enterprise AI, AI Agent Adoption Report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