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AI Tooling Demand Report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BVL-78FEB8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Every winning use case we could find is high-volume, repetitive, and has a verifiable output.</w:t>
        <w:br/>
        <w:br/>
        <w:t>That is the finding from our AI Tooling Demand Report 2026 edition.</w:t>
        <w:br/>
        <w:br/>
        <w:t>Full report, with sources and the data as CSV: https://bvlogic.com/research/ai-adoption-report/</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Every winning use case we could find is high-volume, repetitive, and has a verifiable output.</w:t>
        <w:br/>
        <w:br/>
        <w:t>81% expect sector-wide deployment by 2030.</w:t>
        <w:br/>
        <w:br/>
        <w:t>Both of those are true of the same companies. That gap is the whole report.</w:t>
        <w:br/>
        <w:br/>
        <w:t>https://bvlogic.com/research/ai-adoption-report/</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https://bvlogic.com/research/ai-adoption-report/</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Tooling Demand Report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Tooling Demand Report — LinkedIn drafts</dc:title>
  <dc:subject/>
  <dc:creator>BvLogic</dc:creator>
  <cp:keywords>BvLogic, Social, enterprise AI, AI Tooling Demand Report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