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KIT</w:t>
      </w:r>
    </w:p>
    <w:p>
      <w:pPr>
        <w:spacing w:after="160"/>
      </w:pPr>
      <w:r>
        <w:rPr>
          <w:rFonts w:ascii="Georgia" w:hAnsi="Georgia"/>
          <w:b/>
          <w:color w:val="0F141A"/>
          <w:sz w:val="56"/>
        </w:rPr>
        <w:t>AI Tooling Demand Report, 2026 edition — press kit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BVL-B30ABA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Kit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For journalists, analysts and anyone writing about this.</w:t>
      </w:r>
      <w:r>
        <w:t xml:space="preserve"> Everything here may be quoted and reproduced with attribution to BvLogic and a link to the report. No permission is needed and there is no form.</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Report</w:t>
            </w:r>
          </w:p>
        </w:tc>
        <w:tc>
          <w:tcPr>
            <w:tcW w:type="dxa" w:w="4706"/>
            <w:shd w:val="clear" w:color="auto" w:fill="F1EAFE"/>
          </w:tcPr>
          <w:p>
            <w:pPr>
              <w:spacing w:after="40"/>
            </w:pPr>
            <w:r>
              <w:rPr>
                <w:b/>
                <w:sz w:val="18"/>
              </w:rPr>
            </w:r>
            <w:r>
              <w:rPr>
                <w:b/>
                <w:color w:val="7C3AED"/>
                <w:sz w:val="18"/>
                <w:u w:val="single"/>
              </w:rPr>
              <w:t>AI Adoption Report 2026: Where the Technology Actually Landed</w:t>
            </w:r>
          </w:p>
        </w:tc>
      </w:tr>
      <w:tr>
        <w:tc>
          <w:tcPr>
            <w:tcW w:type="dxa" w:w="4706"/>
          </w:tcPr>
          <w:p>
            <w:pPr>
              <w:spacing w:after="40"/>
            </w:pPr>
            <w:r>
              <w:rPr>
                <w:sz w:val="18"/>
              </w:rPr>
            </w:r>
            <w:r>
              <w:rPr>
                <w:sz w:val="18"/>
              </w:rPr>
              <w:t>Published</w:t>
            </w:r>
          </w:p>
        </w:tc>
        <w:tc>
          <w:tcPr>
            <w:tcW w:type="dxa" w:w="4706"/>
          </w:tcPr>
          <w:p>
            <w:pPr>
              <w:spacing w:after="40"/>
            </w:pPr>
            <w:r>
              <w:rPr>
                <w:sz w:val="18"/>
              </w:rPr>
            </w:r>
            <w:r>
              <w:rPr>
                <w:sz w:val="18"/>
              </w:rPr>
              <w:t>2026-08-04</w:t>
            </w:r>
          </w:p>
        </w:tc>
      </w:tr>
      <w:tr>
        <w:tc>
          <w:tcPr>
            <w:tcW w:type="dxa" w:w="4706"/>
          </w:tcPr>
          <w:p>
            <w:pPr>
              <w:spacing w:after="40"/>
            </w:pPr>
            <w:r>
              <w:rPr>
                <w:sz w:val="18"/>
              </w:rPr>
            </w:r>
            <w:r>
              <w:rPr>
                <w:sz w:val="18"/>
              </w:rPr>
              <w:t>Series</w:t>
            </w:r>
          </w:p>
        </w:tc>
        <w:tc>
          <w:tcPr>
            <w:tcW w:type="dxa" w:w="4706"/>
          </w:tcPr>
          <w:p>
            <w:pPr>
              <w:spacing w:after="40"/>
            </w:pPr>
            <w:r>
              <w:rPr>
                <w:sz w:val="18"/>
              </w:rPr>
            </w:r>
            <w:r>
              <w:rPr>
                <w:sz w:val="18"/>
              </w:rPr>
              <w:t>AI Tooling Demand Report, Twice a year</w:t>
            </w:r>
          </w:p>
        </w:tc>
      </w:tr>
      <w:tr>
        <w:tc>
          <w:tcPr>
            <w:tcW w:type="dxa" w:w="4706"/>
          </w:tcPr>
          <w:p>
            <w:pPr>
              <w:spacing w:after="40"/>
            </w:pPr>
            <w:r>
              <w:rPr>
                <w:sz w:val="18"/>
              </w:rPr>
            </w:r>
            <w:r>
              <w:rPr>
                <w:sz w:val="18"/>
              </w:rPr>
              <w:t>Next edition</w:t>
            </w:r>
          </w:p>
        </w:tc>
        <w:tc>
          <w:tcPr>
            <w:tcW w:type="dxa" w:w="4706"/>
          </w:tcPr>
          <w:p>
            <w:pPr>
              <w:spacing w:after="40"/>
            </w:pPr>
            <w:r>
              <w:rPr>
                <w:sz w:val="18"/>
              </w:rPr>
            </w:r>
            <w:r>
              <w:rPr>
                <w:sz w:val="18"/>
              </w:rPr>
              <w:t>February 2027</w:t>
            </w:r>
          </w:p>
        </w:tc>
      </w:tr>
      <w:tr>
        <w:tc>
          <w:tcPr>
            <w:tcW w:type="dxa" w:w="4706"/>
          </w:tcPr>
          <w:p>
            <w:pPr>
              <w:spacing w:after="40"/>
            </w:pPr>
            <w:r>
              <w:rPr>
                <w:sz w:val="18"/>
              </w:rPr>
            </w:r>
            <w:r>
              <w:rPr>
                <w:sz w:val="18"/>
              </w:rPr>
              <w:t>Contact</w:t>
            </w:r>
          </w:p>
        </w:tc>
        <w:tc>
          <w:tcPr>
            <w:tcW w:type="dxa" w:w="4706"/>
          </w:tcPr>
          <w:p>
            <w:pPr>
              <w:spacing w:after="40"/>
            </w:pPr>
            <w:r>
              <w:rPr>
                <w:sz w:val="18"/>
              </w:rPr>
            </w:r>
            <w:r>
              <w:rPr>
                <w:sz w:val="18"/>
              </w:rPr>
              <w:t>hello@bvlogic.com</w:t>
            </w:r>
          </w:p>
        </w:tc>
      </w:tr>
    </w:tbl>
    <w:p>
      <w:pPr>
        <w:spacing w:after="40"/>
      </w:pPr>
    </w:p>
    <w:p>
      <w:pPr>
        <w:pStyle w:val="Heading1"/>
      </w:pPr>
      <w:r>
        <w:t>The findings, verbatim</w:t>
      </w:r>
    </w:p>
    <w:p>
      <w:pPr>
        <w:ind w:left="454"/>
        <w:shd w:val="clear" w:color="auto" w:fill="FAFAFB"/>
      </w:pPr>
      <w:r>
        <w:rPr>
          <w:i/>
        </w:rPr>
        <w:t>Every winning use case we could find is high-volume, repetitive, and has a verifiable output.</w:t>
      </w:r>
    </w:p>
    <w:p>
      <w:pPr>
        <w:ind w:left="454"/>
        <w:shd w:val="clear" w:color="auto" w:fill="FAFAFB"/>
      </w:pPr>
      <w:r>
        <w:rPr>
          <w:i/>
        </w:rPr>
        <w:t>81% expect sector-wide deployment by 2030.</w:t>
      </w:r>
    </w:p>
    <w:p>
      <w:pPr>
        <w:ind w:left="454"/>
        <w:shd w:val="clear" w:color="auto" w:fill="FAFAFB"/>
      </w:pPr>
      <w:r>
        <w:rPr>
          <w:i/>
        </w:rPr>
        <w:t>The three places it reliably fails: work needing guaranteed correctness with no human check, work where the knowledge was never written down, and small organisations whose data is not in usable shape.</w:t>
      </w:r>
    </w:p>
    <w:p>
      <w:r>
        <w:t>Each of these is stated in the report with its source. If you want the working behind any of them, ask and we will send it.</w:t>
      </w:r>
    </w:p>
    <w:p>
      <w:pPr>
        <w:pStyle w:val="Heading1"/>
      </w:pPr>
      <w:r>
        <w:t>How to cite</w:t>
      </w:r>
    </w:p>
    <w:p>
      <w:pPr>
        <w:shd w:val="clear" w:color="auto" w:fill="F4F5F7"/>
      </w:pPr>
      <w:r>
        <w:rPr>
          <w:rFonts w:ascii="Consolas" w:hAnsi="Consolas"/>
          <w:sz w:val="18"/>
        </w:rPr>
        <w:t>AI Tooling Demand Report, 2026 edition. BvLogic Research, 2026-08-04. https://bvlogic.com/research/ai-adoption-report/</w:t>
      </w:r>
    </w:p>
    <w:p>
      <w:r>
        <w:t>Every report here may be quoted, charted and reproduced, including commercially, with attribution to BvLogic and a link to the report page. No permission needed and no form to fill in. We would rather be cited widely than control the copy, and a citation policy that requires an email is a citation policy designed to fail.</w:t>
      </w:r>
    </w:p>
    <w:p>
      <w:pPr>
        <w:pStyle w:val="Heading1"/>
      </w:pPr>
      <w:r>
        <w:t>Method, stated plainly</w:t>
      </w:r>
    </w:p>
    <w:p>
      <w:r>
        <w:t>These are syntheses of published data, not primary survey research, and every report says so in its own words. Each figure carries its source and the date that source published it. Where sources disagree we show both rather than choosing the flattering one. Nothing here is modelled, extrapolated or estimated unless the report says it is and shows the working.</w:t>
      </w:r>
    </w:p>
    <w:p>
      <w:r>
        <w:t>If you are writing about this and a number looks weaker than we have presented it, tell us. We would rather correct a report than defend one.</w:t>
      </w:r>
    </w:p>
    <w:p>
      <w:pPr>
        <w:pStyle w:val="Heading1"/>
      </w:pPr>
      <w:r>
        <w:t>Underlying sources</w:t>
      </w:r>
    </w:p>
    <w:p>
      <w:pPr>
        <w:pStyle w:val="ListBullet"/>
      </w:pPr>
      <w:r>
        <w:rPr>
          <w:color w:val="7C3AED"/>
          <w:u w:val="single"/>
        </w:rPr>
        <w:t>2026 Global AI in Financial Services Report, Cambridge CJBS</w:t>
      </w:r>
    </w:p>
    <w:p>
      <w:pPr>
        <w:pStyle w:val="ListBullet"/>
      </w:pPr>
      <w:r>
        <w:rPr>
          <w:color w:val="7C3AED"/>
          <w:u w:val="single"/>
        </w:rPr>
        <w:t>AI in higher education survey 2026, EdTech Innovation Hub</w:t>
      </w:r>
    </w:p>
    <w:p>
      <w:pPr>
        <w:pStyle w:val="ListBullet"/>
      </w:pPr>
      <w:r>
        <w:rPr>
          <w:color w:val="7C3AED"/>
          <w:u w:val="single"/>
        </w:rPr>
        <w:t>Enterprise AI adoption in 2026, Writer</w:t>
      </w:r>
    </w:p>
    <w:p>
      <w:pPr>
        <w:pStyle w:val="ListBullet"/>
      </w:pPr>
      <w:r>
        <w:rPr>
          <w:color w:val="7C3AED"/>
          <w:u w:val="single"/>
        </w:rPr>
        <w:t>AI Statistics 2026: Adoption, ROI &amp; Impact, Unico Connect</w:t>
      </w:r>
    </w:p>
    <w:p>
      <w:pPr>
        <w:pStyle w:val="ListBullet"/>
      </w:pPr>
      <w:r>
        <w:rPr>
          <w:color w:val="7C3AED"/>
          <w:u w:val="single"/>
        </w:rPr>
        <w:t>AI in Banking Statistics 2026, Axis Intelligence</w:t>
      </w:r>
    </w:p>
    <w:p>
      <w:pPr>
        <w:pStyle w:val="Heading1"/>
      </w:pPr>
      <w:r>
        <w:t>About BvLogic</w:t>
      </w:r>
    </w:p>
    <w:p>
      <w:r>
        <w:t>BvLogic Solutions LLC builds AI, cloud, data and security systems for enterprises, and publishes the architecture, testing and governance material behind them. Headquartered in Dubai, working across the Gulf, Europe and North America. https://bvlogic.com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Tooling Demand Report, 2026 edition — press kit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Tooling Demand Report, 2026 edition — press kit</dc:title>
  <dc:subject/>
  <dc:creator>BvLogic</dc:creator>
  <cp:keywords>BvLogic, Kit, enterprise AI, AI Tooling Demand Report, 2026 edition — press kit</cp:keywords>
  <dc:description/>
  <cp:lastModifiedBy/>
  <cp:revision>1</cp:revision>
  <dcterms:created xsi:type="dcterms:W3CDTF">2013-12-23T23:15:00Z</dcterms:created>
  <dcterms:modified xsi:type="dcterms:W3CDTF">2013-12-23T23:15:00Z</dcterms:modified>
  <cp:category>Kit</cp:category>
  <dc:language>en-GB</dc:language>
</cp:coreProperties>
</file>